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6E3BC" w:themeColor="accent3" w:themeTint="66"/>
  <w:body>
    <w:p w14:paraId="2E134102" w14:textId="77777777" w:rsidR="00750197" w:rsidRDefault="00287C60">
      <w:pPr>
        <w:jc w:val="center"/>
      </w:pPr>
      <w:r>
        <w:rPr>
          <w:noProof/>
          <w:lang w:val="el-GR" w:eastAsia="el-GR"/>
        </w:rPr>
        <w:drawing>
          <wp:inline distT="0" distB="0" distL="0" distR="0" wp14:anchorId="4333FAAF" wp14:editId="3C24D528">
            <wp:extent cx="6474941" cy="5362833"/>
            <wp:effectExtent l="19050" t="0" r="20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hotograph_captures_the_Αναπλιώτικο_Καρναβάλι_20.png"/>
                    <pic:cNvPicPr/>
                  </pic:nvPicPr>
                  <pic:blipFill>
                    <a:blip r:embed="rId8"/>
                    <a:stretch>
                      <a:fillRect/>
                    </a:stretch>
                  </pic:blipFill>
                  <pic:spPr>
                    <a:xfrm>
                      <a:off x="0" y="0"/>
                      <a:ext cx="6480001" cy="5367024"/>
                    </a:xfrm>
                    <a:prstGeom prst="rect">
                      <a:avLst/>
                    </a:prstGeom>
                  </pic:spPr>
                </pic:pic>
              </a:graphicData>
            </a:graphic>
          </wp:inline>
        </w:drawing>
      </w:r>
    </w:p>
    <w:p w14:paraId="33B1A49F" w14:textId="77777777" w:rsidR="00D17BF3" w:rsidRDefault="00D17BF3">
      <w:pPr>
        <w:rPr>
          <w:lang w:val="el-GR"/>
        </w:rPr>
      </w:pPr>
    </w:p>
    <w:p w14:paraId="410538C2" w14:textId="77777777" w:rsidR="00D17BF3" w:rsidRDefault="00D17BF3">
      <w:pPr>
        <w:rPr>
          <w:lang w:val="el-GR"/>
        </w:rPr>
      </w:pPr>
    </w:p>
    <w:p w14:paraId="005F51E2" w14:textId="77777777" w:rsidR="00D17BF3" w:rsidRDefault="00D17BF3">
      <w:pPr>
        <w:rPr>
          <w:lang w:val="el-GR"/>
        </w:rPr>
      </w:pPr>
    </w:p>
    <w:p w14:paraId="63D4F1B0" w14:textId="77777777" w:rsidR="00D17BF3" w:rsidRPr="000B1708" w:rsidRDefault="00D17BF3">
      <w:pPr>
        <w:rPr>
          <w:sz w:val="28"/>
          <w:szCs w:val="28"/>
          <w:lang w:val="el-GR"/>
        </w:rPr>
      </w:pPr>
    </w:p>
    <w:p w14:paraId="7B48DBAE" w14:textId="77777777" w:rsidR="007D1976" w:rsidRDefault="000B1708" w:rsidP="00D17BF3">
      <w:pPr>
        <w:jc w:val="center"/>
        <w:rPr>
          <w:rStyle w:val="af1"/>
          <w:sz w:val="28"/>
          <w:szCs w:val="28"/>
          <w:lang w:val="el-GR"/>
        </w:rPr>
      </w:pPr>
      <w:r w:rsidRPr="000B1708">
        <w:rPr>
          <w:sz w:val="28"/>
          <w:szCs w:val="28"/>
          <w:lang w:val="el-GR"/>
        </w:rPr>
        <w:t xml:space="preserve">“  </w:t>
      </w:r>
      <w:r>
        <w:rPr>
          <w:rStyle w:val="af1"/>
          <w:sz w:val="28"/>
          <w:szCs w:val="28"/>
          <w:lang w:val="el-GR"/>
        </w:rPr>
        <w:t>ΠΑΓΚΟΣΜΙΑ ΑΝΑΣΤΑΤΩΣΗ</w:t>
      </w:r>
      <w:r w:rsidRPr="000B1708">
        <w:rPr>
          <w:rStyle w:val="af1"/>
          <w:sz w:val="28"/>
          <w:szCs w:val="28"/>
          <w:lang w:val="el-GR"/>
        </w:rPr>
        <w:t>”</w:t>
      </w:r>
    </w:p>
    <w:p w14:paraId="35209C45" w14:textId="77777777" w:rsidR="008647FC" w:rsidRDefault="008647FC" w:rsidP="00D17BF3">
      <w:pPr>
        <w:jc w:val="center"/>
        <w:rPr>
          <w:rStyle w:val="af1"/>
          <w:sz w:val="28"/>
          <w:szCs w:val="28"/>
          <w:lang w:val="el-GR"/>
        </w:rPr>
      </w:pPr>
      <w:r>
        <w:rPr>
          <w:rStyle w:val="af1"/>
          <w:sz w:val="28"/>
          <w:szCs w:val="28"/>
          <w:lang w:val="el-GR"/>
        </w:rPr>
        <w:t xml:space="preserve">ΠΡΟΓΡΑΜΜΑ ΕΚΔΗΛΩΣΕΩΝ </w:t>
      </w:r>
    </w:p>
    <w:p w14:paraId="3F17D8DC" w14:textId="77777777" w:rsidR="008647FC" w:rsidRPr="000B1708" w:rsidRDefault="008647FC" w:rsidP="00D17BF3">
      <w:pPr>
        <w:jc w:val="center"/>
        <w:rPr>
          <w:sz w:val="28"/>
          <w:szCs w:val="28"/>
          <w:lang w:val="el-GR"/>
        </w:rPr>
      </w:pPr>
      <w:r>
        <w:rPr>
          <w:rStyle w:val="af1"/>
          <w:sz w:val="28"/>
          <w:szCs w:val="28"/>
          <w:lang w:val="el-GR"/>
        </w:rPr>
        <w:t>15-23 ΦΕΒΡΟΥΑΡΙΟΥ 2026</w:t>
      </w:r>
    </w:p>
    <w:p w14:paraId="10E748F1" w14:textId="77777777" w:rsidR="007D1976" w:rsidRDefault="007D1976" w:rsidP="00D17BF3">
      <w:pPr>
        <w:jc w:val="center"/>
        <w:rPr>
          <w:sz w:val="52"/>
          <w:szCs w:val="52"/>
          <w:lang w:val="el-GR"/>
        </w:rPr>
      </w:pPr>
    </w:p>
    <w:p w14:paraId="13E5F0F0" w14:textId="77777777" w:rsidR="00D96CF7" w:rsidRPr="00D96CF7" w:rsidRDefault="00287C60" w:rsidP="00D96CF7">
      <w:pPr>
        <w:spacing w:after="0"/>
        <w:jc w:val="center"/>
        <w:rPr>
          <w:b/>
          <w:sz w:val="28"/>
          <w:szCs w:val="28"/>
          <w:lang w:val="el-GR"/>
        </w:rPr>
      </w:pPr>
      <w:r w:rsidRPr="00D96CF7">
        <w:rPr>
          <w:sz w:val="52"/>
          <w:szCs w:val="52"/>
          <w:lang w:val="el-GR"/>
        </w:rPr>
        <w:br w:type="page"/>
      </w:r>
    </w:p>
    <w:p w14:paraId="7758E12E" w14:textId="77777777" w:rsidR="00D96CF7" w:rsidRDefault="00D96CF7" w:rsidP="00D96CF7">
      <w:pPr>
        <w:spacing w:before="100" w:beforeAutospacing="1" w:after="100" w:afterAutospacing="1" w:line="240" w:lineRule="auto"/>
        <w:jc w:val="both"/>
        <w:rPr>
          <w:sz w:val="24"/>
          <w:szCs w:val="24"/>
          <w:lang w:val="el-GR"/>
        </w:rPr>
      </w:pPr>
      <w:r w:rsidRPr="00D96CF7">
        <w:rPr>
          <w:sz w:val="24"/>
          <w:szCs w:val="24"/>
          <w:lang w:val="el-GR"/>
        </w:rPr>
        <w:lastRenderedPageBreak/>
        <w:t xml:space="preserve">Με τον τίτλο “  </w:t>
      </w:r>
      <w:r w:rsidRPr="00D96CF7">
        <w:rPr>
          <w:rStyle w:val="af1"/>
          <w:sz w:val="24"/>
          <w:szCs w:val="24"/>
          <w:lang w:val="el-GR"/>
        </w:rPr>
        <w:t>Παγκόσμια Αναστάτωση”</w:t>
      </w:r>
      <w:r w:rsidRPr="00D96CF7">
        <w:rPr>
          <w:sz w:val="24"/>
          <w:szCs w:val="24"/>
          <w:lang w:val="el-GR"/>
        </w:rPr>
        <w:t xml:space="preserve"> παρουσιάζεται το φετινό </w:t>
      </w:r>
      <w:proofErr w:type="spellStart"/>
      <w:r w:rsidRPr="00D96CF7">
        <w:rPr>
          <w:sz w:val="24"/>
          <w:szCs w:val="24"/>
          <w:lang w:val="el-GR"/>
        </w:rPr>
        <w:t>Αναπλιώτικο</w:t>
      </w:r>
      <w:proofErr w:type="spellEnd"/>
      <w:r w:rsidRPr="00D96CF7">
        <w:rPr>
          <w:sz w:val="24"/>
          <w:szCs w:val="24"/>
          <w:lang w:val="el-GR"/>
        </w:rPr>
        <w:t xml:space="preserve"> Καρναβάλι 2026, μια εκρηκτική γιορτή φαντασίας, σάτιρας και χαράς που ταξιδεύει μικρούς και μεγάλους σε κάθε γωνιά του κόσμου. Χρώματα, ρυθμοί, μεταμφιέσεις και χαμόγελα γεμίζουν τους δρόμους της πόλης, σε ένα πολύχρωμο σκηνικό κεφιού και δημιουργίας, όπου όλα… ΑΝΑΤΡΕΠΟΝΤΑΙ!.. και το καρναβάλι γίνεται μια παγκόσμια γιορτή συμμετοχής και διασκέδασης.      </w:t>
      </w:r>
    </w:p>
    <w:p w14:paraId="27C3922E" w14:textId="77777777" w:rsidR="00D96CF7" w:rsidRPr="00D96CF7" w:rsidRDefault="00D96CF7" w:rsidP="00D96CF7">
      <w:pPr>
        <w:spacing w:after="0"/>
        <w:jc w:val="both"/>
        <w:rPr>
          <w:b/>
          <w:sz w:val="28"/>
          <w:szCs w:val="28"/>
          <w:lang w:val="el-GR"/>
        </w:rPr>
      </w:pPr>
    </w:p>
    <w:p w14:paraId="14CBBAEA" w14:textId="77777777" w:rsidR="00D96CF7" w:rsidRPr="00D96CF7" w:rsidRDefault="00D96CF7" w:rsidP="00D96CF7">
      <w:pPr>
        <w:spacing w:after="0"/>
        <w:jc w:val="both"/>
        <w:rPr>
          <w:b/>
          <w:lang w:val="el-GR"/>
        </w:rPr>
      </w:pPr>
      <w:r w:rsidRPr="00D96CF7">
        <w:rPr>
          <w:b/>
          <w:lang w:val="el-GR"/>
        </w:rPr>
        <w:t>Ναύπλιο</w:t>
      </w:r>
    </w:p>
    <w:p w14:paraId="66CE726E" w14:textId="77777777" w:rsidR="00D96CF7" w:rsidRPr="00570F2D" w:rsidRDefault="00D96CF7" w:rsidP="00D96CF7">
      <w:pPr>
        <w:spacing w:after="0"/>
        <w:jc w:val="both"/>
        <w:rPr>
          <w:b/>
          <w:lang w:val="el-GR"/>
        </w:rPr>
      </w:pPr>
      <w:r w:rsidRPr="009D0129">
        <w:rPr>
          <w:b/>
        </w:rPr>
        <w:t xml:space="preserve">15.02.2026 </w:t>
      </w:r>
    </w:p>
    <w:p w14:paraId="1908D47C" w14:textId="77777777" w:rsidR="00D96CF7" w:rsidRDefault="00D96CF7" w:rsidP="00D96CF7">
      <w:pPr>
        <w:spacing w:after="0"/>
        <w:jc w:val="both"/>
        <w:rPr>
          <w:b/>
        </w:rPr>
      </w:pPr>
      <w:r>
        <w:rPr>
          <w:b/>
        </w:rPr>
        <w:t>Πα</w:t>
      </w:r>
      <w:proofErr w:type="spellStart"/>
      <w:r>
        <w:rPr>
          <w:b/>
        </w:rPr>
        <w:t>λιά</w:t>
      </w:r>
      <w:proofErr w:type="spellEnd"/>
      <w:r>
        <w:rPr>
          <w:b/>
        </w:rPr>
        <w:t xml:space="preserve"> </w:t>
      </w:r>
      <w:proofErr w:type="spellStart"/>
      <w:r>
        <w:rPr>
          <w:b/>
        </w:rPr>
        <w:t>Πόλη</w:t>
      </w:r>
      <w:proofErr w:type="spellEnd"/>
    </w:p>
    <w:p w14:paraId="02CC4974" w14:textId="77777777" w:rsidR="00D96CF7" w:rsidRDefault="00D96CF7" w:rsidP="00D96CF7">
      <w:pPr>
        <w:pStyle w:val="aa"/>
        <w:numPr>
          <w:ilvl w:val="0"/>
          <w:numId w:val="13"/>
        </w:numPr>
        <w:spacing w:after="0"/>
        <w:jc w:val="both"/>
        <w:rPr>
          <w:b/>
        </w:rPr>
      </w:pPr>
      <w:proofErr w:type="spellStart"/>
      <w:r>
        <w:rPr>
          <w:b/>
        </w:rPr>
        <w:t>Ώρ</w:t>
      </w:r>
      <w:proofErr w:type="spellEnd"/>
      <w:r>
        <w:rPr>
          <w:b/>
        </w:rPr>
        <w:t>α 12:30</w:t>
      </w:r>
    </w:p>
    <w:p w14:paraId="722AA7A7" w14:textId="77777777" w:rsidR="00D96CF7" w:rsidRPr="00D96CF7" w:rsidRDefault="00D96CF7" w:rsidP="00D96CF7">
      <w:pPr>
        <w:spacing w:after="0"/>
        <w:jc w:val="both"/>
        <w:rPr>
          <w:lang w:val="el-GR"/>
        </w:rPr>
      </w:pPr>
      <w:r w:rsidRPr="00D96CF7">
        <w:rPr>
          <w:b/>
          <w:lang w:val="el-GR"/>
        </w:rPr>
        <w:t xml:space="preserve">Το Χορωδιακό Εργαστήρι Ναυπλίου, </w:t>
      </w:r>
      <w:r w:rsidRPr="00D96CF7">
        <w:rPr>
          <w:lang w:val="el-GR"/>
        </w:rPr>
        <w:t>υπό τη διεύθυνση του Γιάννη Νικολόπουλου, τραγουδά αποκριάτικα τραγούδια στους δρόμους της παλιάς πόλης.</w:t>
      </w:r>
    </w:p>
    <w:p w14:paraId="696E9A91" w14:textId="77777777" w:rsidR="00D96CF7" w:rsidRPr="00D96CF7" w:rsidRDefault="00D96CF7" w:rsidP="00D96CF7">
      <w:pPr>
        <w:spacing w:after="0"/>
        <w:jc w:val="both"/>
        <w:rPr>
          <w:lang w:val="el-GR"/>
        </w:rPr>
      </w:pPr>
    </w:p>
    <w:p w14:paraId="532CA8FB" w14:textId="77777777" w:rsidR="00D96CF7" w:rsidRDefault="00D96CF7" w:rsidP="00D96CF7">
      <w:pPr>
        <w:pStyle w:val="aa"/>
        <w:numPr>
          <w:ilvl w:val="0"/>
          <w:numId w:val="13"/>
        </w:numPr>
        <w:spacing w:after="0"/>
        <w:jc w:val="both"/>
        <w:rPr>
          <w:b/>
        </w:rPr>
      </w:pPr>
      <w:proofErr w:type="spellStart"/>
      <w:r w:rsidRPr="00D642E1">
        <w:rPr>
          <w:b/>
        </w:rPr>
        <w:t>Ώρ</w:t>
      </w:r>
      <w:proofErr w:type="spellEnd"/>
      <w:r w:rsidRPr="00D642E1">
        <w:rPr>
          <w:b/>
        </w:rPr>
        <w:t>α 18:30</w:t>
      </w:r>
    </w:p>
    <w:p w14:paraId="735B8C22" w14:textId="77777777" w:rsidR="00D96CF7" w:rsidRPr="00D96CF7" w:rsidRDefault="00D96CF7" w:rsidP="00D96CF7">
      <w:pPr>
        <w:spacing w:after="0"/>
        <w:jc w:val="both"/>
        <w:rPr>
          <w:lang w:val="el-GR"/>
        </w:rPr>
      </w:pPr>
      <w:r w:rsidRPr="00D96CF7">
        <w:rPr>
          <w:lang w:val="el-GR"/>
        </w:rPr>
        <w:t xml:space="preserve">Οι κυρίες μιας άλλης εποχής με συνοδεία βιολιού κάνουν τον ιστορικό περίπατο της πόλης με οδηγό την κ. Τίνα </w:t>
      </w:r>
      <w:proofErr w:type="spellStart"/>
      <w:r w:rsidRPr="00D96CF7">
        <w:rPr>
          <w:lang w:val="el-GR"/>
        </w:rPr>
        <w:t>Γκιόλα</w:t>
      </w:r>
      <w:proofErr w:type="spellEnd"/>
      <w:r w:rsidRPr="00D96CF7">
        <w:rPr>
          <w:lang w:val="el-GR"/>
        </w:rPr>
        <w:t>.</w:t>
      </w:r>
    </w:p>
    <w:p w14:paraId="1A1BE439" w14:textId="77777777" w:rsidR="00D96CF7" w:rsidRPr="00D96CF7" w:rsidRDefault="00D96CF7" w:rsidP="00D96CF7">
      <w:pPr>
        <w:pStyle w:val="aa"/>
        <w:spacing w:after="0"/>
        <w:jc w:val="both"/>
        <w:rPr>
          <w:b/>
          <w:color w:val="FF0000"/>
          <w:lang w:val="el-GR"/>
        </w:rPr>
      </w:pPr>
    </w:p>
    <w:p w14:paraId="3B0F1987" w14:textId="77777777" w:rsidR="00D96CF7" w:rsidRPr="00D96CF7" w:rsidRDefault="00D96CF7" w:rsidP="00D96CF7">
      <w:pPr>
        <w:spacing w:after="0"/>
        <w:jc w:val="both"/>
        <w:rPr>
          <w:b/>
          <w:lang w:val="el-GR"/>
        </w:rPr>
      </w:pPr>
      <w:r w:rsidRPr="00D96CF7">
        <w:rPr>
          <w:b/>
          <w:lang w:val="el-GR"/>
        </w:rPr>
        <w:t>18.02.2026</w:t>
      </w:r>
    </w:p>
    <w:p w14:paraId="4D531A12" w14:textId="77777777" w:rsidR="00D96CF7" w:rsidRPr="00D96CF7" w:rsidRDefault="00D96CF7" w:rsidP="00D96CF7">
      <w:pPr>
        <w:spacing w:after="0"/>
        <w:jc w:val="both"/>
        <w:rPr>
          <w:b/>
          <w:lang w:val="el-GR"/>
        </w:rPr>
      </w:pPr>
      <w:r w:rsidRPr="00D96CF7">
        <w:rPr>
          <w:b/>
          <w:lang w:val="el-GR"/>
        </w:rPr>
        <w:t xml:space="preserve">Μουσείο Παιδικής Ηλικίας του Ιδρύματος Βασίλη Παπαντωνίου/20:00  </w:t>
      </w:r>
    </w:p>
    <w:p w14:paraId="081C1011" w14:textId="77777777" w:rsidR="00D96CF7" w:rsidRPr="00D96CF7" w:rsidRDefault="00D96CF7" w:rsidP="00D96CF7">
      <w:pPr>
        <w:spacing w:after="0"/>
        <w:jc w:val="both"/>
        <w:rPr>
          <w:b/>
          <w:i/>
          <w:lang w:val="el-GR"/>
        </w:rPr>
      </w:pPr>
      <w:proofErr w:type="spellStart"/>
      <w:r w:rsidRPr="00F30364">
        <w:rPr>
          <w:b/>
          <w:i/>
        </w:rPr>
        <w:t>Alla</w:t>
      </w:r>
      <w:proofErr w:type="spellEnd"/>
      <w:r w:rsidRPr="00D96CF7">
        <w:rPr>
          <w:b/>
          <w:i/>
          <w:lang w:val="el-GR"/>
        </w:rPr>
        <w:t xml:space="preserve"> </w:t>
      </w:r>
      <w:r w:rsidRPr="00F30364">
        <w:rPr>
          <w:b/>
          <w:i/>
        </w:rPr>
        <w:t>Fiera</w:t>
      </w:r>
      <w:r w:rsidRPr="00D96CF7">
        <w:rPr>
          <w:b/>
          <w:i/>
          <w:lang w:val="el-GR"/>
        </w:rPr>
        <w:t xml:space="preserve"> </w:t>
      </w:r>
      <w:r w:rsidRPr="00F30364">
        <w:rPr>
          <w:b/>
          <w:i/>
        </w:rPr>
        <w:t>dell</w:t>
      </w:r>
      <w:r w:rsidRPr="00D96CF7">
        <w:rPr>
          <w:b/>
          <w:i/>
          <w:lang w:val="el-GR"/>
        </w:rPr>
        <w:t>΄Ε</w:t>
      </w:r>
      <w:proofErr w:type="spellStart"/>
      <w:r>
        <w:rPr>
          <w:b/>
          <w:i/>
        </w:rPr>
        <w:t>st</w:t>
      </w:r>
      <w:proofErr w:type="spellEnd"/>
    </w:p>
    <w:p w14:paraId="37A10264" w14:textId="77777777" w:rsidR="00D96CF7" w:rsidRPr="00D96CF7" w:rsidRDefault="00D96CF7" w:rsidP="00D96CF7">
      <w:pPr>
        <w:spacing w:after="0"/>
        <w:jc w:val="both"/>
        <w:rPr>
          <w:lang w:val="el-GR"/>
        </w:rPr>
      </w:pPr>
      <w:r w:rsidRPr="00D96CF7">
        <w:rPr>
          <w:lang w:val="el-GR"/>
        </w:rPr>
        <w:t xml:space="preserve">Οι σπουδαστές του τμήματος Υποκριτικής Τέχνης της Σ.Α.Ε.Κ Ναυπλίου παρουσιάζουν ένα ανοικτό μάθημα </w:t>
      </w:r>
      <w:r>
        <w:t>Commedia</w:t>
      </w:r>
      <w:r w:rsidRPr="00D96CF7">
        <w:rPr>
          <w:lang w:val="el-GR"/>
        </w:rPr>
        <w:t xml:space="preserve"> </w:t>
      </w:r>
      <w:r>
        <w:t>dell</w:t>
      </w:r>
      <w:r w:rsidRPr="00D96CF7">
        <w:rPr>
          <w:lang w:val="el-GR"/>
        </w:rPr>
        <w:t>΄</w:t>
      </w:r>
      <w:r>
        <w:t>Arte</w:t>
      </w:r>
      <w:r w:rsidRPr="00D96CF7">
        <w:rPr>
          <w:lang w:val="el-GR"/>
        </w:rPr>
        <w:t>.</w:t>
      </w:r>
    </w:p>
    <w:p w14:paraId="36E5823B" w14:textId="77777777" w:rsidR="00D96CF7" w:rsidRPr="00D96CF7" w:rsidRDefault="00D96CF7" w:rsidP="00D96CF7">
      <w:pPr>
        <w:spacing w:after="0"/>
        <w:jc w:val="both"/>
        <w:rPr>
          <w:lang w:val="el-GR"/>
        </w:rPr>
      </w:pPr>
      <w:r w:rsidRPr="00D96CF7">
        <w:rPr>
          <w:lang w:val="el-GR"/>
        </w:rPr>
        <w:t>Η δράση πραγματοποιείται με την υποστήριξη του Ιδρύματος Βασίλη Παπαντωνίου.</w:t>
      </w:r>
    </w:p>
    <w:p w14:paraId="1DC1EB5A" w14:textId="77777777" w:rsidR="00D96CF7" w:rsidRPr="00D96CF7" w:rsidRDefault="00D96CF7" w:rsidP="00D96CF7">
      <w:pPr>
        <w:spacing w:after="0"/>
        <w:jc w:val="both"/>
        <w:rPr>
          <w:lang w:val="el-GR"/>
        </w:rPr>
      </w:pPr>
    </w:p>
    <w:p w14:paraId="336E8DF9" w14:textId="77777777" w:rsidR="00D96CF7" w:rsidRPr="00D96CF7" w:rsidRDefault="00D96CF7" w:rsidP="00D96CF7">
      <w:pPr>
        <w:spacing w:after="0"/>
        <w:jc w:val="both"/>
        <w:rPr>
          <w:b/>
          <w:lang w:val="el-GR"/>
        </w:rPr>
      </w:pPr>
      <w:r w:rsidRPr="00D96CF7">
        <w:rPr>
          <w:b/>
          <w:lang w:val="el-GR"/>
        </w:rPr>
        <w:t>20.02.2026</w:t>
      </w:r>
    </w:p>
    <w:p w14:paraId="33495EBA" w14:textId="77777777" w:rsidR="00D96CF7" w:rsidRPr="00D96CF7" w:rsidRDefault="00D96CF7" w:rsidP="00D96CF7">
      <w:pPr>
        <w:spacing w:after="0"/>
        <w:jc w:val="both"/>
        <w:rPr>
          <w:b/>
          <w:lang w:val="el-GR"/>
        </w:rPr>
      </w:pPr>
      <w:r w:rsidRPr="00D96CF7">
        <w:rPr>
          <w:b/>
          <w:lang w:val="el-GR"/>
        </w:rPr>
        <w:t>Παλιά Πόλη/20:00</w:t>
      </w:r>
    </w:p>
    <w:p w14:paraId="20C3D42C" w14:textId="77777777" w:rsidR="00D96CF7" w:rsidRPr="00D96CF7" w:rsidRDefault="00D96CF7" w:rsidP="00D96CF7">
      <w:pPr>
        <w:spacing w:after="0"/>
        <w:jc w:val="both"/>
        <w:rPr>
          <w:lang w:val="el-GR"/>
        </w:rPr>
      </w:pPr>
      <w:r w:rsidRPr="00D96CF7">
        <w:rPr>
          <w:lang w:val="el-GR"/>
        </w:rPr>
        <w:t xml:space="preserve">Το Μεικτό Πολυφωνικό Σχήμα της Δημοτικής Χορωδίας Ναυπλίου και η Νεανική Δημοτική Χορωδία Ναυπλίου φορούν τις αποκριάτικες στολές τους και γεμίζουν τους δρόμους της παλιάς πόλης με τραγούδι, κέφι και αποκριάτικο  ¨πείραγμα¨. </w:t>
      </w:r>
    </w:p>
    <w:p w14:paraId="13AF6438" w14:textId="77777777" w:rsidR="00D96CF7" w:rsidRPr="00D96CF7" w:rsidRDefault="00D96CF7" w:rsidP="00D96CF7">
      <w:pPr>
        <w:spacing w:after="0"/>
        <w:jc w:val="both"/>
        <w:rPr>
          <w:lang w:val="el-GR"/>
        </w:rPr>
      </w:pPr>
      <w:r w:rsidRPr="00D96CF7">
        <w:rPr>
          <w:lang w:val="el-GR"/>
        </w:rPr>
        <w:t xml:space="preserve">Επτανησιακές καντάδες, λάτιν ρυθμοί, παραδοσιακά ελληνικά τραγούδια , καθώς και επιλογές  με… ¨πικάντικο¨ στίχο, συνθέτουν μια βραδιά γεμάτη μουσική και χαρά. </w:t>
      </w:r>
    </w:p>
    <w:p w14:paraId="4AA46FB7" w14:textId="77777777" w:rsidR="00D96CF7" w:rsidRPr="00D96CF7" w:rsidRDefault="00D96CF7" w:rsidP="00D96CF7">
      <w:pPr>
        <w:spacing w:after="0"/>
        <w:jc w:val="both"/>
        <w:rPr>
          <w:lang w:val="el-GR"/>
        </w:rPr>
      </w:pPr>
      <w:r w:rsidRPr="00D96CF7">
        <w:rPr>
          <w:lang w:val="el-GR"/>
        </w:rPr>
        <w:t>Ελάτε να γίνουμε όλοι μια μεγάλη παρέα, να τραγουδήσουμε, να χορέψουμε και να διασκεδάσουμε!</w:t>
      </w:r>
    </w:p>
    <w:p w14:paraId="215EA23D" w14:textId="77777777" w:rsidR="00D96CF7" w:rsidRPr="00D96CF7" w:rsidRDefault="00D96CF7" w:rsidP="00D96CF7">
      <w:pPr>
        <w:spacing w:after="0"/>
        <w:jc w:val="both"/>
        <w:rPr>
          <w:lang w:val="el-GR"/>
        </w:rPr>
      </w:pPr>
      <w:r w:rsidRPr="00D96CF7">
        <w:rPr>
          <w:lang w:val="el-GR"/>
        </w:rPr>
        <w:t>Διδασκαλία – Διεύθυνση χορωδίας:  Μαέστρος – αρχιμουσικός  Θεοδόσης Αντωνιάδης</w:t>
      </w:r>
    </w:p>
    <w:p w14:paraId="4682C112" w14:textId="77777777" w:rsidR="00D96CF7" w:rsidRPr="00D96CF7" w:rsidRDefault="00D96CF7" w:rsidP="00D96CF7">
      <w:pPr>
        <w:spacing w:after="0"/>
        <w:jc w:val="both"/>
        <w:rPr>
          <w:b/>
          <w:color w:val="FF0000"/>
          <w:lang w:val="el-GR"/>
        </w:rPr>
      </w:pPr>
    </w:p>
    <w:p w14:paraId="2135B13F" w14:textId="77777777" w:rsidR="00D96CF7" w:rsidRDefault="00D96CF7" w:rsidP="00D96CF7">
      <w:pPr>
        <w:spacing w:after="0"/>
        <w:jc w:val="both"/>
        <w:rPr>
          <w:b/>
        </w:rPr>
      </w:pPr>
      <w:r w:rsidRPr="00AF4FC0">
        <w:rPr>
          <w:b/>
        </w:rPr>
        <w:t>21.02.2026</w:t>
      </w:r>
    </w:p>
    <w:p w14:paraId="23DD9255" w14:textId="77777777" w:rsidR="00D96CF7" w:rsidRDefault="00D96CF7" w:rsidP="00D96CF7">
      <w:pPr>
        <w:spacing w:after="0"/>
        <w:jc w:val="both"/>
        <w:rPr>
          <w:b/>
        </w:rPr>
      </w:pPr>
      <w:proofErr w:type="spellStart"/>
      <w:r>
        <w:rPr>
          <w:b/>
        </w:rPr>
        <w:t>Πλ</w:t>
      </w:r>
      <w:proofErr w:type="spellEnd"/>
      <w:r>
        <w:rPr>
          <w:b/>
        </w:rPr>
        <w:t xml:space="preserve">ατεία </w:t>
      </w:r>
      <w:proofErr w:type="spellStart"/>
      <w:r>
        <w:rPr>
          <w:b/>
        </w:rPr>
        <w:t>Συντάγμ</w:t>
      </w:r>
      <w:proofErr w:type="spellEnd"/>
      <w:r>
        <w:rPr>
          <w:b/>
        </w:rPr>
        <w:t>ατος/11:00 – 14:00</w:t>
      </w:r>
    </w:p>
    <w:p w14:paraId="0643958F" w14:textId="77777777" w:rsidR="00D96CF7" w:rsidRPr="00A37E78" w:rsidRDefault="00D96CF7" w:rsidP="00D96CF7">
      <w:pPr>
        <w:pStyle w:val="aa"/>
        <w:numPr>
          <w:ilvl w:val="0"/>
          <w:numId w:val="12"/>
        </w:numPr>
        <w:spacing w:after="0"/>
        <w:jc w:val="both"/>
        <w:rPr>
          <w:b/>
        </w:rPr>
      </w:pPr>
      <w:r w:rsidRPr="00A37E78">
        <w:rPr>
          <w:b/>
        </w:rPr>
        <w:t>¨Πα</w:t>
      </w:r>
      <w:proofErr w:type="spellStart"/>
      <w:r w:rsidRPr="00A37E78">
        <w:rPr>
          <w:b/>
        </w:rPr>
        <w:t>ιχνίδι</w:t>
      </w:r>
      <w:proofErr w:type="spellEnd"/>
      <w:r w:rsidRPr="00A37E78">
        <w:rPr>
          <w:b/>
        </w:rPr>
        <w:t xml:space="preserve"> </w:t>
      </w:r>
      <w:proofErr w:type="spellStart"/>
      <w:r w:rsidRPr="00A37E78">
        <w:rPr>
          <w:b/>
        </w:rPr>
        <w:t>του</w:t>
      </w:r>
      <w:proofErr w:type="spellEnd"/>
      <w:r w:rsidRPr="00A37E78">
        <w:rPr>
          <w:b/>
        </w:rPr>
        <w:t xml:space="preserve"> </w:t>
      </w:r>
      <w:proofErr w:type="spellStart"/>
      <w:r w:rsidRPr="00A37E78">
        <w:rPr>
          <w:b/>
        </w:rPr>
        <w:t>κρυμμένου</w:t>
      </w:r>
      <w:proofErr w:type="spellEnd"/>
      <w:r w:rsidRPr="00A37E78">
        <w:rPr>
          <w:b/>
        </w:rPr>
        <w:t xml:space="preserve"> </w:t>
      </w:r>
      <w:proofErr w:type="spellStart"/>
      <w:r w:rsidRPr="00A37E78">
        <w:rPr>
          <w:b/>
        </w:rPr>
        <w:t>θησ</w:t>
      </w:r>
      <w:proofErr w:type="spellEnd"/>
      <w:r w:rsidRPr="00A37E78">
        <w:rPr>
          <w:b/>
        </w:rPr>
        <w:t>αυρού¨</w:t>
      </w:r>
    </w:p>
    <w:p w14:paraId="69CD37C8" w14:textId="77777777" w:rsidR="00D96CF7" w:rsidRDefault="00D96CF7" w:rsidP="00D96CF7">
      <w:pPr>
        <w:spacing w:after="0"/>
        <w:jc w:val="both"/>
      </w:pPr>
      <w:r w:rsidRPr="00D96CF7">
        <w:rPr>
          <w:lang w:val="el-GR"/>
        </w:rPr>
        <w:t xml:space="preserve">Παιχνίδι για παιδιά, όπου η αναζήτηση των κρυμμένων αντικειμένων γίνεται </w:t>
      </w:r>
      <w:r w:rsidRPr="00D96CF7">
        <w:rPr>
          <w:rStyle w:val="af1"/>
          <w:lang w:val="el-GR"/>
        </w:rPr>
        <w:t>ομαδικά</w:t>
      </w:r>
      <w:r w:rsidRPr="00D96CF7">
        <w:rPr>
          <w:lang w:val="el-GR"/>
        </w:rPr>
        <w:t xml:space="preserve">, με συνεργασία και επικοινωνία για να λυθούν γρίφοι και να φτάσουν… στον θησαυρό! </w:t>
      </w:r>
      <w:proofErr w:type="spellStart"/>
      <w:r>
        <w:t>Μι</w:t>
      </w:r>
      <w:proofErr w:type="spellEnd"/>
      <w:r>
        <w:t xml:space="preserve">α </w:t>
      </w:r>
      <w:proofErr w:type="spellStart"/>
      <w:r>
        <w:t>δρ</w:t>
      </w:r>
      <w:proofErr w:type="spellEnd"/>
      <w:r>
        <w:t xml:space="preserve">αστηριότητα </w:t>
      </w:r>
      <w:proofErr w:type="spellStart"/>
      <w:r>
        <w:t>γεμάτη</w:t>
      </w:r>
      <w:proofErr w:type="spellEnd"/>
      <w:r>
        <w:t xml:space="preserve"> </w:t>
      </w:r>
      <w:proofErr w:type="spellStart"/>
      <w:r>
        <w:t>δι</w:t>
      </w:r>
      <w:proofErr w:type="spellEnd"/>
      <w:r>
        <w:t xml:space="preserve">ασκέδαση, </w:t>
      </w:r>
      <w:proofErr w:type="spellStart"/>
      <w:r>
        <w:t>δράση</w:t>
      </w:r>
      <w:proofErr w:type="spellEnd"/>
      <w:r>
        <w:t xml:space="preserve"> και </w:t>
      </w:r>
      <w:proofErr w:type="spellStart"/>
      <w:r>
        <w:t>συμμετοχή</w:t>
      </w:r>
      <w:proofErr w:type="spellEnd"/>
      <w:r>
        <w:t>.</w:t>
      </w:r>
    </w:p>
    <w:p w14:paraId="00E1F3A3" w14:textId="77777777" w:rsidR="00D96CF7" w:rsidRDefault="00D96CF7" w:rsidP="00D96CF7">
      <w:pPr>
        <w:spacing w:after="0"/>
        <w:jc w:val="both"/>
      </w:pPr>
    </w:p>
    <w:p w14:paraId="774C70FB" w14:textId="77777777" w:rsidR="00D96CF7" w:rsidRPr="00D96CF7" w:rsidRDefault="00D96CF7" w:rsidP="00D96CF7">
      <w:pPr>
        <w:pStyle w:val="aa"/>
        <w:numPr>
          <w:ilvl w:val="0"/>
          <w:numId w:val="12"/>
        </w:numPr>
        <w:spacing w:after="0"/>
        <w:jc w:val="both"/>
        <w:rPr>
          <w:lang w:val="el-GR"/>
        </w:rPr>
      </w:pPr>
      <w:r w:rsidRPr="00D96CF7">
        <w:rPr>
          <w:b/>
          <w:lang w:val="el-GR"/>
        </w:rPr>
        <w:t>Περιπατητική παράσταση – Ντόμινο και Ταραντέλα/19:30</w:t>
      </w:r>
    </w:p>
    <w:p w14:paraId="4A9732F0" w14:textId="77777777" w:rsidR="00D96CF7" w:rsidRPr="00D96CF7" w:rsidRDefault="00D96CF7" w:rsidP="00D96CF7">
      <w:pPr>
        <w:spacing w:after="0"/>
        <w:jc w:val="both"/>
        <w:rPr>
          <w:b/>
          <w:lang w:val="el-GR"/>
        </w:rPr>
      </w:pPr>
      <w:r w:rsidRPr="00D96CF7">
        <w:rPr>
          <w:b/>
          <w:lang w:val="el-GR"/>
        </w:rPr>
        <w:t>Σημείο εκκίνησης: Πλατεία Τριών Ναυάρχων</w:t>
      </w:r>
    </w:p>
    <w:p w14:paraId="2589F9D4" w14:textId="77777777" w:rsidR="00D96CF7" w:rsidRPr="00D96CF7" w:rsidRDefault="00D96CF7" w:rsidP="00D96CF7">
      <w:pPr>
        <w:spacing w:after="0"/>
        <w:jc w:val="both"/>
        <w:rPr>
          <w:b/>
          <w:lang w:val="el-GR"/>
        </w:rPr>
      </w:pPr>
      <w:r w:rsidRPr="00D96CF7">
        <w:rPr>
          <w:b/>
          <w:lang w:val="el-GR"/>
        </w:rPr>
        <w:t>Πορεία: Οδός Βασιλέως Κωνσταντίνου</w:t>
      </w:r>
    </w:p>
    <w:p w14:paraId="39420F49" w14:textId="77777777" w:rsidR="00D96CF7" w:rsidRPr="00D96CF7" w:rsidRDefault="00D96CF7" w:rsidP="00D96CF7">
      <w:pPr>
        <w:spacing w:after="0"/>
        <w:jc w:val="both"/>
        <w:rPr>
          <w:b/>
          <w:lang w:val="el-GR"/>
        </w:rPr>
      </w:pPr>
      <w:r w:rsidRPr="00D96CF7">
        <w:rPr>
          <w:b/>
          <w:lang w:val="el-GR"/>
        </w:rPr>
        <w:t>Σημείο τερματισμού: Πλατεία Συντάγματος</w:t>
      </w:r>
    </w:p>
    <w:p w14:paraId="3651321F" w14:textId="77777777" w:rsidR="00D96CF7" w:rsidRPr="00D96CF7" w:rsidRDefault="00D96CF7" w:rsidP="00D96CF7">
      <w:pPr>
        <w:spacing w:after="0"/>
        <w:jc w:val="both"/>
        <w:rPr>
          <w:lang w:val="el-GR"/>
        </w:rPr>
      </w:pPr>
      <w:r w:rsidRPr="00D96CF7">
        <w:rPr>
          <w:lang w:val="el-GR"/>
        </w:rPr>
        <w:t xml:space="preserve">Η ομάδα Ντόμινο ξεκινά χορεύοντας Ταραντέλα και </w:t>
      </w:r>
      <w:proofErr w:type="spellStart"/>
      <w:r w:rsidRPr="00D96CF7">
        <w:rPr>
          <w:lang w:val="el-GR"/>
        </w:rPr>
        <w:t>αλληλεπιδρώντας</w:t>
      </w:r>
      <w:proofErr w:type="spellEnd"/>
      <w:r w:rsidRPr="00D96CF7">
        <w:rPr>
          <w:lang w:val="el-GR"/>
        </w:rPr>
        <w:t xml:space="preserve"> με το κοινό μέσα από παιχνίδια και «παγώματα» κατά μήκος της πορείας. Η δράση κορυφώνεται στην πλατεία Συντάγματος με χορό Ταραντέλα, μουσική και συμμετοχή των θεατών, δημιουργώντας μια εντυπωσιακή σύνδεση περιπατητικής δράσης, </w:t>
      </w:r>
      <w:proofErr w:type="spellStart"/>
      <w:r w:rsidRPr="00D96CF7">
        <w:rPr>
          <w:lang w:val="el-GR"/>
        </w:rPr>
        <w:t>διαδραστικότητας</w:t>
      </w:r>
      <w:proofErr w:type="spellEnd"/>
      <w:r w:rsidRPr="00D96CF7">
        <w:rPr>
          <w:lang w:val="el-GR"/>
        </w:rPr>
        <w:t xml:space="preserve"> και παραδοσιακής μουσικής και χορού.</w:t>
      </w:r>
    </w:p>
    <w:p w14:paraId="63FC977E" w14:textId="77777777" w:rsidR="00D96CF7" w:rsidRPr="00D96CF7" w:rsidRDefault="00D96CF7" w:rsidP="00D96CF7">
      <w:pPr>
        <w:spacing w:after="0"/>
        <w:jc w:val="both"/>
        <w:rPr>
          <w:lang w:val="el-GR"/>
        </w:rPr>
      </w:pPr>
    </w:p>
    <w:p w14:paraId="6C4C9A82" w14:textId="77777777" w:rsidR="00D96CF7" w:rsidRDefault="00D96CF7" w:rsidP="00D96CF7">
      <w:pPr>
        <w:spacing w:after="0"/>
        <w:jc w:val="both"/>
        <w:rPr>
          <w:b/>
        </w:rPr>
      </w:pPr>
      <w:r w:rsidRPr="00424874">
        <w:rPr>
          <w:b/>
        </w:rPr>
        <w:t>22.02.2026</w:t>
      </w:r>
    </w:p>
    <w:p w14:paraId="51D04FFB" w14:textId="77777777" w:rsidR="00D96CF7" w:rsidRPr="00D96CF7" w:rsidRDefault="00D96CF7" w:rsidP="00D96CF7">
      <w:pPr>
        <w:pStyle w:val="aa"/>
        <w:numPr>
          <w:ilvl w:val="0"/>
          <w:numId w:val="12"/>
        </w:numPr>
        <w:spacing w:after="0"/>
        <w:jc w:val="both"/>
        <w:rPr>
          <w:b/>
          <w:lang w:val="el-GR"/>
        </w:rPr>
      </w:pPr>
      <w:r w:rsidRPr="00D96CF7">
        <w:rPr>
          <w:b/>
          <w:lang w:val="el-GR"/>
        </w:rPr>
        <w:t>Περιπατητικό δρώμενο στην παραλία του Ναυπλίου από τις κυρίες μιας άλλης εποχής/11:30</w:t>
      </w:r>
    </w:p>
    <w:p w14:paraId="3F99399C" w14:textId="77777777" w:rsidR="00D96CF7" w:rsidRPr="00D96CF7" w:rsidRDefault="00D96CF7" w:rsidP="00D96CF7">
      <w:pPr>
        <w:spacing w:after="0"/>
        <w:jc w:val="both"/>
        <w:rPr>
          <w:b/>
          <w:lang w:val="el-GR"/>
        </w:rPr>
      </w:pPr>
    </w:p>
    <w:p w14:paraId="7443DEF3" w14:textId="77777777" w:rsidR="00D96CF7" w:rsidRPr="00EA62EC" w:rsidRDefault="00D96CF7" w:rsidP="00D96CF7">
      <w:pPr>
        <w:pStyle w:val="aa"/>
        <w:numPr>
          <w:ilvl w:val="0"/>
          <w:numId w:val="12"/>
        </w:numPr>
        <w:spacing w:after="0"/>
        <w:jc w:val="both"/>
        <w:rPr>
          <w:b/>
        </w:rPr>
      </w:pPr>
      <w:proofErr w:type="spellStart"/>
      <w:r w:rsidRPr="00EA62EC">
        <w:rPr>
          <w:b/>
        </w:rPr>
        <w:t>Πλ</w:t>
      </w:r>
      <w:proofErr w:type="spellEnd"/>
      <w:r w:rsidRPr="00EA62EC">
        <w:rPr>
          <w:b/>
        </w:rPr>
        <w:t xml:space="preserve">ατεία </w:t>
      </w:r>
      <w:proofErr w:type="spellStart"/>
      <w:r w:rsidRPr="00EA62EC">
        <w:rPr>
          <w:b/>
        </w:rPr>
        <w:t>Συντάγμ</w:t>
      </w:r>
      <w:proofErr w:type="spellEnd"/>
      <w:r w:rsidRPr="00EA62EC">
        <w:rPr>
          <w:b/>
        </w:rPr>
        <w:t>ατος/12:00</w:t>
      </w:r>
    </w:p>
    <w:p w14:paraId="6ACD02D7" w14:textId="77777777" w:rsidR="00D96CF7" w:rsidRPr="00D96CF7" w:rsidRDefault="00D96CF7" w:rsidP="00D96CF7">
      <w:pPr>
        <w:spacing w:after="0"/>
        <w:jc w:val="both"/>
        <w:rPr>
          <w:lang w:val="el-GR"/>
        </w:rPr>
      </w:pPr>
      <w:r w:rsidRPr="00D96CF7">
        <w:rPr>
          <w:lang w:val="el-GR"/>
        </w:rPr>
        <w:t xml:space="preserve">Συναυλία της Δημοτικής Φιλαρμονικής Ναυπλίου με ρεπερτόριο σε αποκριάτικους ρυθμούς! </w:t>
      </w:r>
    </w:p>
    <w:p w14:paraId="55F2E7F7" w14:textId="77777777" w:rsidR="00D96CF7" w:rsidRPr="00D96CF7" w:rsidRDefault="00D96CF7" w:rsidP="00D96CF7">
      <w:pPr>
        <w:spacing w:after="0"/>
        <w:jc w:val="both"/>
        <w:rPr>
          <w:lang w:val="el-GR"/>
        </w:rPr>
      </w:pPr>
      <w:r w:rsidRPr="00D96CF7">
        <w:rPr>
          <w:lang w:val="el-GR"/>
        </w:rPr>
        <w:t>Από λάτιν μουσική και  ιταλικές καντσονέτες έως την ελληνική μουσική σκηνή της δεκαετίας του΄50 και την αθάνατη, χορευτική παραδοσιακή μας μουσική!</w:t>
      </w:r>
    </w:p>
    <w:p w14:paraId="62B9E44B" w14:textId="77777777" w:rsidR="00D96CF7" w:rsidRPr="00D96CF7" w:rsidRDefault="00D96CF7" w:rsidP="00D96CF7">
      <w:pPr>
        <w:spacing w:after="0"/>
        <w:jc w:val="both"/>
        <w:rPr>
          <w:lang w:val="el-GR"/>
        </w:rPr>
      </w:pPr>
      <w:r w:rsidRPr="00D96CF7">
        <w:rPr>
          <w:lang w:val="el-GR"/>
        </w:rPr>
        <w:t>Διδασκαλία – Διεύθυνση:  Μαέστρος – αρχιμουσικός  Θεοδόσης Αντωνιάδης</w:t>
      </w:r>
    </w:p>
    <w:p w14:paraId="1077EADD" w14:textId="77777777" w:rsidR="00D96CF7" w:rsidRPr="00D96CF7" w:rsidRDefault="00D96CF7" w:rsidP="00D96CF7">
      <w:pPr>
        <w:spacing w:after="0"/>
        <w:jc w:val="both"/>
        <w:rPr>
          <w:b/>
          <w:lang w:val="el-GR"/>
        </w:rPr>
      </w:pPr>
    </w:p>
    <w:p w14:paraId="6379DD0D" w14:textId="77777777" w:rsidR="00D96CF7" w:rsidRDefault="00D96CF7" w:rsidP="00D96CF7">
      <w:pPr>
        <w:spacing w:after="0"/>
        <w:jc w:val="center"/>
        <w:rPr>
          <w:b/>
          <w:lang w:val="el-GR"/>
        </w:rPr>
      </w:pPr>
      <w:r w:rsidRPr="00D96CF7">
        <w:rPr>
          <w:b/>
          <w:lang w:val="el-GR"/>
        </w:rPr>
        <w:t>ΚΑΡΝΑΒΑΛΙΚΗ ΠΑΡΕΛΑΣΗ</w:t>
      </w:r>
    </w:p>
    <w:p w14:paraId="55222179" w14:textId="77777777" w:rsidR="00570F2D" w:rsidRPr="00D96CF7" w:rsidRDefault="00570F2D" w:rsidP="00D96CF7">
      <w:pPr>
        <w:spacing w:after="0"/>
        <w:jc w:val="center"/>
        <w:rPr>
          <w:b/>
          <w:lang w:val="el-GR"/>
        </w:rPr>
      </w:pPr>
    </w:p>
    <w:p w14:paraId="196B126D" w14:textId="77777777" w:rsidR="00D96CF7" w:rsidRPr="00D96CF7" w:rsidRDefault="00D96CF7" w:rsidP="00D96CF7">
      <w:pPr>
        <w:spacing w:after="0"/>
        <w:jc w:val="both"/>
        <w:rPr>
          <w:b/>
          <w:lang w:val="el-GR"/>
        </w:rPr>
      </w:pPr>
      <w:r w:rsidRPr="00D96CF7">
        <w:rPr>
          <w:b/>
          <w:lang w:val="el-GR"/>
        </w:rPr>
        <w:t xml:space="preserve">Συγκέντρωση ομάδων/16:30 </w:t>
      </w:r>
    </w:p>
    <w:p w14:paraId="3BAE8F8D" w14:textId="77777777" w:rsidR="00D96CF7" w:rsidRPr="00D96CF7" w:rsidRDefault="00D96CF7" w:rsidP="00D96CF7">
      <w:pPr>
        <w:spacing w:after="0"/>
        <w:jc w:val="both"/>
        <w:rPr>
          <w:lang w:val="el-GR"/>
        </w:rPr>
      </w:pPr>
      <w:r w:rsidRPr="00D96CF7">
        <w:rPr>
          <w:lang w:val="el-GR"/>
        </w:rPr>
        <w:t>Οδός 25</w:t>
      </w:r>
      <w:r w:rsidRPr="00D96CF7">
        <w:rPr>
          <w:vertAlign w:val="superscript"/>
          <w:lang w:val="el-GR"/>
        </w:rPr>
        <w:t>ης</w:t>
      </w:r>
      <w:r w:rsidRPr="00D96CF7">
        <w:rPr>
          <w:lang w:val="el-GR"/>
        </w:rPr>
        <w:t xml:space="preserve"> Μαρτίου ( έμπροσθεν της παλιάς Πυροσβεστικής Ναυπλίου)</w:t>
      </w:r>
    </w:p>
    <w:p w14:paraId="32C5F7A7" w14:textId="77777777" w:rsidR="00D96CF7" w:rsidRPr="00D96CF7" w:rsidRDefault="00D96CF7" w:rsidP="00D96CF7">
      <w:pPr>
        <w:spacing w:after="0"/>
        <w:jc w:val="both"/>
        <w:rPr>
          <w:b/>
          <w:lang w:val="el-GR"/>
        </w:rPr>
      </w:pPr>
      <w:r w:rsidRPr="00D96CF7">
        <w:rPr>
          <w:b/>
          <w:lang w:val="el-GR"/>
        </w:rPr>
        <w:t xml:space="preserve">Έναρξη καρναβαλικής παρέλασης/17:00 </w:t>
      </w:r>
    </w:p>
    <w:p w14:paraId="6FBA9CEE" w14:textId="77777777" w:rsidR="00D96CF7" w:rsidRPr="00D96CF7" w:rsidRDefault="00D96CF7" w:rsidP="00D96CF7">
      <w:pPr>
        <w:spacing w:after="0"/>
        <w:jc w:val="both"/>
        <w:rPr>
          <w:lang w:val="el-GR"/>
        </w:rPr>
      </w:pPr>
      <w:r w:rsidRPr="00D96CF7">
        <w:rPr>
          <w:lang w:val="el-GR"/>
        </w:rPr>
        <w:t xml:space="preserve">Πύλη Ξηράς </w:t>
      </w:r>
    </w:p>
    <w:p w14:paraId="65233970" w14:textId="77777777" w:rsidR="00D96CF7" w:rsidRPr="00D96CF7" w:rsidRDefault="00D96CF7" w:rsidP="00D96CF7">
      <w:pPr>
        <w:spacing w:after="0"/>
        <w:jc w:val="both"/>
        <w:rPr>
          <w:b/>
          <w:lang w:val="el-GR"/>
        </w:rPr>
      </w:pPr>
      <w:r w:rsidRPr="00D96CF7">
        <w:rPr>
          <w:b/>
          <w:lang w:val="el-GR"/>
        </w:rPr>
        <w:t xml:space="preserve">Πορεία καρναβαλικής παρέλασης: </w:t>
      </w:r>
    </w:p>
    <w:p w14:paraId="135F7BF2" w14:textId="77777777" w:rsidR="00D96CF7" w:rsidRPr="00D96CF7" w:rsidRDefault="00D96CF7" w:rsidP="00D96CF7">
      <w:pPr>
        <w:spacing w:after="0"/>
        <w:jc w:val="both"/>
        <w:rPr>
          <w:lang w:val="el-GR"/>
        </w:rPr>
      </w:pPr>
      <w:r w:rsidRPr="00D96CF7">
        <w:rPr>
          <w:lang w:val="el-GR"/>
        </w:rPr>
        <w:t xml:space="preserve">Πύλη Ξηράς, οδός Συγγρού, Λεωφόρος Αμαλίας, οδός  </w:t>
      </w:r>
      <w:proofErr w:type="spellStart"/>
      <w:r w:rsidRPr="00D96CF7">
        <w:rPr>
          <w:lang w:val="el-GR"/>
        </w:rPr>
        <w:t>Κωλλέτη</w:t>
      </w:r>
      <w:proofErr w:type="spellEnd"/>
      <w:r w:rsidRPr="00D96CF7">
        <w:rPr>
          <w:lang w:val="el-GR"/>
        </w:rPr>
        <w:t>, Λιμάνι Ναυπλίου ( θέση Π).</w:t>
      </w:r>
    </w:p>
    <w:p w14:paraId="5122A8DD" w14:textId="77777777" w:rsidR="00D96CF7" w:rsidRPr="00B919A8" w:rsidRDefault="00D96CF7" w:rsidP="00B919A8">
      <w:pPr>
        <w:spacing w:after="0"/>
        <w:jc w:val="both"/>
        <w:rPr>
          <w:b/>
          <w:lang w:val="el-GR"/>
        </w:rPr>
      </w:pPr>
      <w:r w:rsidRPr="00D96CF7">
        <w:rPr>
          <w:b/>
          <w:lang w:val="el-GR"/>
        </w:rPr>
        <w:t xml:space="preserve">Καύση καρνάβαλου- Μουσική </w:t>
      </w:r>
      <w:proofErr w:type="spellStart"/>
      <w:r w:rsidRPr="00DB46C0">
        <w:rPr>
          <w:b/>
        </w:rPr>
        <w:t>dj</w:t>
      </w:r>
      <w:proofErr w:type="spellEnd"/>
      <w:r w:rsidRPr="00D96CF7">
        <w:rPr>
          <w:b/>
          <w:lang w:val="el-GR"/>
        </w:rPr>
        <w:t>- Εντυπωσιακά πυροτεχνήματα  /18:30</w:t>
      </w:r>
    </w:p>
    <w:p w14:paraId="39B4F7BC" w14:textId="77777777" w:rsidR="00D96CF7" w:rsidRPr="00D96CF7" w:rsidRDefault="00D96CF7" w:rsidP="00D96CF7">
      <w:pPr>
        <w:spacing w:after="0"/>
        <w:jc w:val="both"/>
        <w:rPr>
          <w:b/>
          <w:sz w:val="28"/>
          <w:szCs w:val="28"/>
          <w:lang w:val="el-GR"/>
        </w:rPr>
      </w:pPr>
      <w:r w:rsidRPr="00D96CF7">
        <w:rPr>
          <w:color w:val="FF0000"/>
          <w:sz w:val="28"/>
          <w:szCs w:val="28"/>
          <w:lang w:val="el-GR"/>
        </w:rPr>
        <w:t xml:space="preserve">             </w:t>
      </w:r>
    </w:p>
    <w:p w14:paraId="6E90ABC7" w14:textId="77777777" w:rsidR="00D96CF7" w:rsidRPr="00D96CF7" w:rsidRDefault="00D96CF7" w:rsidP="00D96CF7">
      <w:pPr>
        <w:pStyle w:val="aa"/>
        <w:ind w:left="0"/>
        <w:jc w:val="center"/>
        <w:rPr>
          <w:b/>
          <w:lang w:val="el-GR"/>
        </w:rPr>
      </w:pPr>
      <w:r w:rsidRPr="00B919A8">
        <w:rPr>
          <w:b/>
          <w:lang w:val="el-GR"/>
        </w:rPr>
        <w:t>Πρόγραμμα Δημοτικών Κοινοτήτων</w:t>
      </w:r>
    </w:p>
    <w:p w14:paraId="3F1AF23F" w14:textId="77777777" w:rsidR="00D96CF7" w:rsidRPr="00D96CF7" w:rsidRDefault="00D96CF7" w:rsidP="00D96CF7">
      <w:pPr>
        <w:pStyle w:val="aa"/>
        <w:ind w:left="0"/>
        <w:jc w:val="both"/>
        <w:rPr>
          <w:b/>
          <w:lang w:val="el-GR"/>
        </w:rPr>
      </w:pPr>
    </w:p>
    <w:p w14:paraId="07CC2598" w14:textId="77777777" w:rsidR="00D96CF7" w:rsidRPr="00D96CF7" w:rsidRDefault="00D96CF7" w:rsidP="00D96CF7">
      <w:pPr>
        <w:pStyle w:val="aa"/>
        <w:ind w:left="0"/>
        <w:jc w:val="both"/>
        <w:rPr>
          <w:b/>
          <w:lang w:val="el-GR"/>
        </w:rPr>
      </w:pPr>
      <w:r w:rsidRPr="00D96CF7">
        <w:rPr>
          <w:b/>
          <w:lang w:val="el-GR"/>
        </w:rPr>
        <w:t>ΔΗΜΟΤΙΚΗ ΕΝΟΤΗΤΑ ΝΑΥΠΛΙΟΥ</w:t>
      </w:r>
    </w:p>
    <w:p w14:paraId="3DCAEF5E" w14:textId="77777777" w:rsidR="00D96CF7" w:rsidRPr="00D96CF7" w:rsidRDefault="00D96CF7" w:rsidP="00D96CF7">
      <w:pPr>
        <w:pStyle w:val="aa"/>
        <w:ind w:left="0"/>
        <w:jc w:val="both"/>
        <w:rPr>
          <w:b/>
          <w:lang w:val="el-GR"/>
        </w:rPr>
      </w:pPr>
    </w:p>
    <w:p w14:paraId="2D4DB700" w14:textId="77777777" w:rsidR="00D96CF7" w:rsidRPr="00D96CF7" w:rsidRDefault="00D96CF7" w:rsidP="00D96CF7">
      <w:pPr>
        <w:pStyle w:val="aa"/>
        <w:ind w:left="0"/>
        <w:jc w:val="both"/>
        <w:rPr>
          <w:b/>
          <w:lang w:val="el-GR"/>
        </w:rPr>
      </w:pPr>
      <w:r w:rsidRPr="00D96CF7">
        <w:rPr>
          <w:b/>
          <w:lang w:val="el-GR"/>
        </w:rPr>
        <w:t>20.02.2026</w:t>
      </w:r>
    </w:p>
    <w:p w14:paraId="19724A47" w14:textId="77777777" w:rsidR="00D96CF7" w:rsidRPr="00D96CF7" w:rsidRDefault="00D96CF7" w:rsidP="00D96CF7">
      <w:pPr>
        <w:pStyle w:val="aa"/>
        <w:ind w:left="0"/>
        <w:jc w:val="both"/>
        <w:rPr>
          <w:b/>
          <w:lang w:val="el-GR"/>
        </w:rPr>
      </w:pPr>
      <w:proofErr w:type="spellStart"/>
      <w:r w:rsidRPr="00D96CF7">
        <w:rPr>
          <w:b/>
          <w:lang w:val="el-GR"/>
        </w:rPr>
        <w:t>Πυργιώτικα</w:t>
      </w:r>
      <w:proofErr w:type="spellEnd"/>
      <w:r w:rsidRPr="00D96CF7">
        <w:rPr>
          <w:b/>
          <w:lang w:val="el-GR"/>
        </w:rPr>
        <w:t>/18:30 -23:00</w:t>
      </w:r>
    </w:p>
    <w:p w14:paraId="50984003" w14:textId="77777777" w:rsidR="00D96CF7" w:rsidRPr="00D96CF7" w:rsidRDefault="00D96CF7" w:rsidP="00D96CF7">
      <w:pPr>
        <w:pStyle w:val="aa"/>
        <w:ind w:left="0"/>
        <w:jc w:val="both"/>
        <w:rPr>
          <w:lang w:val="el-GR"/>
        </w:rPr>
      </w:pPr>
      <w:r w:rsidRPr="00D96CF7">
        <w:rPr>
          <w:lang w:val="el-GR"/>
        </w:rPr>
        <w:t xml:space="preserve">Η Δημοτική Κοινότητα </w:t>
      </w:r>
      <w:proofErr w:type="spellStart"/>
      <w:r w:rsidRPr="00D96CF7">
        <w:rPr>
          <w:lang w:val="el-GR"/>
        </w:rPr>
        <w:t>Πυργιωτίκων</w:t>
      </w:r>
      <w:proofErr w:type="spellEnd"/>
      <w:r w:rsidRPr="00D96CF7">
        <w:rPr>
          <w:lang w:val="el-GR"/>
        </w:rPr>
        <w:t xml:space="preserve"> και ο Μορφωτικός &amp; Πολιτιστικός Σύλλογος </w:t>
      </w:r>
      <w:proofErr w:type="spellStart"/>
      <w:r w:rsidRPr="00D96CF7">
        <w:rPr>
          <w:lang w:val="el-GR"/>
        </w:rPr>
        <w:t>Πυργιωτίκων</w:t>
      </w:r>
      <w:proofErr w:type="spellEnd"/>
      <w:r w:rsidRPr="00D96CF7">
        <w:rPr>
          <w:lang w:val="el-GR"/>
        </w:rPr>
        <w:t xml:space="preserve"> ¨Άγιος Γεώργιος¨ γιορτάζουν την Αποκριά στην πλατεία του χωριού, με φωτιές, καύση καρνάβαλου, μουσική, παραδοσιακές </w:t>
      </w:r>
      <w:proofErr w:type="spellStart"/>
      <w:r w:rsidRPr="00D96CF7">
        <w:rPr>
          <w:lang w:val="el-GR"/>
        </w:rPr>
        <w:t>γκόγκες</w:t>
      </w:r>
      <w:proofErr w:type="spellEnd"/>
      <w:r w:rsidRPr="00D96CF7">
        <w:rPr>
          <w:lang w:val="el-GR"/>
        </w:rPr>
        <w:t xml:space="preserve"> και κεράσματα για μικρούς και μεγάλους, δημιουργώντας μια ζωντανή ατμόσφαιρα παραδοσιακής γιορτής.</w:t>
      </w:r>
    </w:p>
    <w:p w14:paraId="7BDC9218" w14:textId="77777777" w:rsidR="00D96CF7" w:rsidRPr="00D96CF7" w:rsidRDefault="00D96CF7" w:rsidP="00D96CF7">
      <w:pPr>
        <w:pStyle w:val="aa"/>
        <w:ind w:left="0"/>
        <w:jc w:val="both"/>
        <w:rPr>
          <w:lang w:val="el-GR"/>
        </w:rPr>
      </w:pPr>
    </w:p>
    <w:p w14:paraId="57DDAF35" w14:textId="77777777" w:rsidR="00D96CF7" w:rsidRPr="00D96CF7" w:rsidRDefault="00D96CF7" w:rsidP="00D96CF7">
      <w:pPr>
        <w:pStyle w:val="aa"/>
        <w:ind w:left="0"/>
        <w:jc w:val="both"/>
        <w:rPr>
          <w:b/>
          <w:lang w:val="el-GR"/>
        </w:rPr>
      </w:pPr>
      <w:r w:rsidRPr="00D96CF7">
        <w:rPr>
          <w:b/>
          <w:lang w:val="el-GR"/>
        </w:rPr>
        <w:t>21.02.2026</w:t>
      </w:r>
    </w:p>
    <w:p w14:paraId="6E977445" w14:textId="77777777" w:rsidR="00D96CF7" w:rsidRPr="00D96CF7" w:rsidRDefault="00D96CF7" w:rsidP="00D96CF7">
      <w:pPr>
        <w:pStyle w:val="aa"/>
        <w:ind w:left="0"/>
        <w:jc w:val="both"/>
        <w:rPr>
          <w:b/>
          <w:lang w:val="el-GR"/>
        </w:rPr>
      </w:pPr>
      <w:proofErr w:type="spellStart"/>
      <w:r w:rsidRPr="00D96CF7">
        <w:rPr>
          <w:b/>
          <w:lang w:val="el-GR"/>
        </w:rPr>
        <w:t>Λευκάκια</w:t>
      </w:r>
      <w:proofErr w:type="spellEnd"/>
      <w:r w:rsidRPr="00D96CF7">
        <w:rPr>
          <w:b/>
          <w:lang w:val="el-GR"/>
        </w:rPr>
        <w:t>/19:00 – 23:00</w:t>
      </w:r>
    </w:p>
    <w:p w14:paraId="43546A1C" w14:textId="77777777" w:rsidR="00D96CF7" w:rsidRPr="00D96CF7" w:rsidRDefault="00D96CF7" w:rsidP="00D96CF7">
      <w:pPr>
        <w:pStyle w:val="aa"/>
        <w:ind w:left="0"/>
        <w:jc w:val="both"/>
        <w:rPr>
          <w:lang w:val="el-GR"/>
        </w:rPr>
      </w:pPr>
      <w:r w:rsidRPr="00D96CF7">
        <w:rPr>
          <w:lang w:val="el-GR"/>
        </w:rPr>
        <w:t xml:space="preserve">Η Δημοτική Κοινότητα </w:t>
      </w:r>
      <w:proofErr w:type="spellStart"/>
      <w:r w:rsidRPr="00D96CF7">
        <w:rPr>
          <w:lang w:val="el-GR"/>
        </w:rPr>
        <w:t>Λευκακίων</w:t>
      </w:r>
      <w:proofErr w:type="spellEnd"/>
      <w:r w:rsidRPr="00D96CF7">
        <w:rPr>
          <w:lang w:val="el-GR"/>
        </w:rPr>
        <w:t xml:space="preserve"> και ο </w:t>
      </w:r>
      <w:proofErr w:type="spellStart"/>
      <w:r w:rsidRPr="00D96CF7">
        <w:rPr>
          <w:lang w:val="el-GR"/>
        </w:rPr>
        <w:t>Απολλώνειος</w:t>
      </w:r>
      <w:proofErr w:type="spellEnd"/>
      <w:r w:rsidRPr="00D96CF7">
        <w:rPr>
          <w:lang w:val="el-GR"/>
        </w:rPr>
        <w:t xml:space="preserve"> Πολιτιστικός Σύλλογος </w:t>
      </w:r>
      <w:proofErr w:type="spellStart"/>
      <w:r w:rsidRPr="00D96CF7">
        <w:rPr>
          <w:lang w:val="el-GR"/>
        </w:rPr>
        <w:t>Λευκακίων</w:t>
      </w:r>
      <w:proofErr w:type="spellEnd"/>
      <w:r w:rsidRPr="00D96CF7">
        <w:rPr>
          <w:lang w:val="el-GR"/>
        </w:rPr>
        <w:t xml:space="preserve"> διοργανώνουν ένα μοναδικό αποκριάτικο </w:t>
      </w:r>
      <w:proofErr w:type="spellStart"/>
      <w:r w:rsidRPr="00D96CF7">
        <w:rPr>
          <w:lang w:val="el-GR"/>
        </w:rPr>
        <w:t>πάρτυ</w:t>
      </w:r>
      <w:proofErr w:type="spellEnd"/>
      <w:r w:rsidRPr="00D96CF7">
        <w:rPr>
          <w:lang w:val="el-GR"/>
        </w:rPr>
        <w:t xml:space="preserve"> στην πλατεία του χωριού με μουσική, χορό και γιορτινή ατμόσφαιρα !</w:t>
      </w:r>
    </w:p>
    <w:p w14:paraId="18779582" w14:textId="77777777" w:rsidR="00D96CF7" w:rsidRPr="00D96CF7" w:rsidRDefault="00D96CF7" w:rsidP="00D96CF7">
      <w:pPr>
        <w:pStyle w:val="aa"/>
        <w:ind w:left="0"/>
        <w:jc w:val="both"/>
        <w:rPr>
          <w:lang w:val="el-GR"/>
        </w:rPr>
      </w:pPr>
      <w:r w:rsidRPr="00D96CF7">
        <w:rPr>
          <w:lang w:val="el-GR"/>
        </w:rPr>
        <w:t>Φορέστε τη στολή σας και ελάτε να γιορτάσουμε όλοι μαζί τις Απόκριες!</w:t>
      </w:r>
    </w:p>
    <w:p w14:paraId="3EAF4DD4" w14:textId="77777777" w:rsidR="00D96CF7" w:rsidRPr="00D96CF7" w:rsidRDefault="00D96CF7" w:rsidP="00D96CF7">
      <w:pPr>
        <w:pStyle w:val="aa"/>
        <w:ind w:left="0"/>
        <w:jc w:val="both"/>
        <w:rPr>
          <w:lang w:val="el-GR"/>
        </w:rPr>
      </w:pPr>
    </w:p>
    <w:p w14:paraId="6649A14B" w14:textId="77777777" w:rsidR="00D96CF7" w:rsidRPr="00D96CF7" w:rsidRDefault="00D96CF7" w:rsidP="00D96CF7">
      <w:pPr>
        <w:pStyle w:val="aa"/>
        <w:ind w:left="0"/>
        <w:jc w:val="both"/>
        <w:rPr>
          <w:lang w:val="el-GR"/>
        </w:rPr>
      </w:pPr>
    </w:p>
    <w:p w14:paraId="31BDADF0" w14:textId="77777777" w:rsidR="00D96CF7" w:rsidRPr="00D96CF7" w:rsidRDefault="00D96CF7" w:rsidP="00D96CF7">
      <w:pPr>
        <w:pStyle w:val="aa"/>
        <w:ind w:left="0"/>
        <w:jc w:val="both"/>
        <w:rPr>
          <w:b/>
          <w:lang w:val="el-GR"/>
        </w:rPr>
      </w:pPr>
      <w:r w:rsidRPr="00D96CF7">
        <w:rPr>
          <w:b/>
          <w:lang w:val="el-GR"/>
        </w:rPr>
        <w:t>ΔΗΜΟΤΙΚΗ ΕΝΟΤΗΤΑ ΑΣΙΝΗΣ</w:t>
      </w:r>
    </w:p>
    <w:p w14:paraId="54C6950C" w14:textId="77777777" w:rsidR="00D96CF7" w:rsidRPr="00D96CF7" w:rsidRDefault="00D96CF7" w:rsidP="00D96CF7">
      <w:pPr>
        <w:pStyle w:val="aa"/>
        <w:ind w:left="0"/>
        <w:jc w:val="both"/>
        <w:rPr>
          <w:b/>
          <w:lang w:val="el-GR"/>
        </w:rPr>
      </w:pPr>
      <w:r w:rsidRPr="00D96CF7">
        <w:rPr>
          <w:b/>
          <w:lang w:val="el-GR"/>
        </w:rPr>
        <w:t>Ασίνη</w:t>
      </w:r>
    </w:p>
    <w:p w14:paraId="6150C46D" w14:textId="77777777" w:rsidR="00D96CF7" w:rsidRPr="00D96CF7" w:rsidRDefault="00D96CF7" w:rsidP="00D96CF7">
      <w:pPr>
        <w:pStyle w:val="aa"/>
        <w:ind w:left="0"/>
        <w:jc w:val="both"/>
        <w:rPr>
          <w:lang w:val="el-GR"/>
        </w:rPr>
      </w:pPr>
      <w:r w:rsidRPr="00D96CF7">
        <w:rPr>
          <w:lang w:val="el-GR"/>
        </w:rPr>
        <w:t>Η Δημοτική Κοινότητα Ασίνης σε συνεργασία με τον Πολιτιστικό Σύλλογο Ασίνης διοργανώνουν αποκριάτικες εκδηλώσεις με παραδοσιακά έθιμα, μουσική και χορό.</w:t>
      </w:r>
    </w:p>
    <w:p w14:paraId="728C65FB" w14:textId="77777777" w:rsidR="00D96CF7" w:rsidRPr="00D96CF7" w:rsidRDefault="00D96CF7" w:rsidP="00D96CF7">
      <w:pPr>
        <w:pStyle w:val="aa"/>
        <w:ind w:left="0"/>
        <w:jc w:val="both"/>
        <w:rPr>
          <w:b/>
          <w:lang w:val="el-GR"/>
        </w:rPr>
      </w:pPr>
      <w:r w:rsidRPr="00D96CF7">
        <w:rPr>
          <w:b/>
          <w:lang w:val="el-GR"/>
        </w:rPr>
        <w:t>15.02.2026/11:00</w:t>
      </w:r>
    </w:p>
    <w:p w14:paraId="0F314CF7" w14:textId="77777777" w:rsidR="00D96CF7" w:rsidRPr="00D96CF7" w:rsidRDefault="00D96CF7" w:rsidP="00D96CF7">
      <w:pPr>
        <w:pStyle w:val="aa"/>
        <w:ind w:left="0"/>
        <w:jc w:val="both"/>
        <w:rPr>
          <w:lang w:val="el-GR"/>
        </w:rPr>
      </w:pPr>
      <w:r w:rsidRPr="00D96CF7">
        <w:rPr>
          <w:lang w:val="el-GR"/>
        </w:rPr>
        <w:t>Πραγματοποίηση εργαστηρίου  κατασκευής χαρταετού στην αίθουσα του Πολιτιστικού Συλλόγου.</w:t>
      </w:r>
    </w:p>
    <w:p w14:paraId="71626017" w14:textId="77777777" w:rsidR="00D96CF7" w:rsidRPr="00D96CF7" w:rsidRDefault="00D96CF7" w:rsidP="00D96CF7">
      <w:pPr>
        <w:pStyle w:val="aa"/>
        <w:ind w:left="0"/>
        <w:jc w:val="both"/>
        <w:rPr>
          <w:b/>
          <w:lang w:val="el-GR"/>
        </w:rPr>
      </w:pPr>
      <w:r w:rsidRPr="00D96CF7">
        <w:rPr>
          <w:b/>
          <w:lang w:val="el-GR"/>
        </w:rPr>
        <w:t>21.02.2026/18:00</w:t>
      </w:r>
    </w:p>
    <w:p w14:paraId="660D53AE" w14:textId="77777777" w:rsidR="00D96CF7" w:rsidRPr="00D96CF7" w:rsidRDefault="00D96CF7" w:rsidP="00D96CF7">
      <w:pPr>
        <w:pStyle w:val="aa"/>
        <w:ind w:left="0"/>
        <w:jc w:val="both"/>
        <w:rPr>
          <w:lang w:val="el-GR"/>
        </w:rPr>
      </w:pPr>
      <w:r w:rsidRPr="00D96CF7">
        <w:rPr>
          <w:lang w:val="el-GR"/>
        </w:rPr>
        <w:t>Διοργάνωση αποκριάτικης εκδήλωσης  στην πλατεία του χωριού με μουσική, φωτιές και χορό από τα χορευτικά τμήματα του Πολιτιστικού Συλλόγου, καθώς και αερόστατα,</w:t>
      </w:r>
      <w:r w:rsidRPr="00D96CF7">
        <w:rPr>
          <w:color w:val="FF0000"/>
          <w:lang w:val="el-GR"/>
        </w:rPr>
        <w:t xml:space="preserve"> </w:t>
      </w:r>
      <w:r w:rsidRPr="00D96CF7">
        <w:rPr>
          <w:lang w:val="el-GR"/>
        </w:rPr>
        <w:t>σουβλάκια και προσφορά κρασιού.</w:t>
      </w:r>
    </w:p>
    <w:p w14:paraId="285027D5" w14:textId="77777777" w:rsidR="00D96CF7" w:rsidRPr="00D96CF7" w:rsidRDefault="00D96CF7" w:rsidP="00D96CF7">
      <w:pPr>
        <w:pStyle w:val="aa"/>
        <w:ind w:left="0"/>
        <w:jc w:val="both"/>
        <w:rPr>
          <w:b/>
          <w:lang w:val="el-GR"/>
        </w:rPr>
      </w:pPr>
      <w:r w:rsidRPr="00D96CF7">
        <w:rPr>
          <w:b/>
          <w:lang w:val="el-GR"/>
        </w:rPr>
        <w:t>Καθαρά Δευτέρα</w:t>
      </w:r>
    </w:p>
    <w:p w14:paraId="2614E641" w14:textId="77777777" w:rsidR="00D96CF7" w:rsidRPr="00D96CF7" w:rsidRDefault="00D96CF7" w:rsidP="00D96CF7">
      <w:pPr>
        <w:pStyle w:val="aa"/>
        <w:ind w:left="0"/>
        <w:jc w:val="both"/>
        <w:rPr>
          <w:b/>
          <w:lang w:val="el-GR"/>
        </w:rPr>
      </w:pPr>
      <w:r w:rsidRPr="00D96CF7">
        <w:rPr>
          <w:b/>
          <w:lang w:val="el-GR"/>
        </w:rPr>
        <w:t>23.02.2026/11:00</w:t>
      </w:r>
    </w:p>
    <w:p w14:paraId="0AD21738" w14:textId="77777777" w:rsidR="00D96CF7" w:rsidRPr="00D96CF7" w:rsidRDefault="00D96CF7" w:rsidP="00D96CF7">
      <w:pPr>
        <w:pStyle w:val="aa"/>
        <w:ind w:left="0"/>
        <w:jc w:val="both"/>
        <w:rPr>
          <w:lang w:val="el-GR"/>
        </w:rPr>
      </w:pPr>
      <w:r w:rsidRPr="00D96CF7">
        <w:rPr>
          <w:lang w:val="el-GR"/>
        </w:rPr>
        <w:lastRenderedPageBreak/>
        <w:t>Εορτασμός των ¨</w:t>
      </w:r>
      <w:proofErr w:type="spellStart"/>
      <w:r w:rsidRPr="00D96CF7">
        <w:rPr>
          <w:lang w:val="el-GR"/>
        </w:rPr>
        <w:t>Κούλουμων</w:t>
      </w:r>
      <w:proofErr w:type="spellEnd"/>
      <w:r w:rsidRPr="00D96CF7">
        <w:rPr>
          <w:lang w:val="el-GR"/>
        </w:rPr>
        <w:t>¨ στο Γήπεδο Ασίνης με πέταγμα χαρταετού και διαγωνισμό χαρταετού.</w:t>
      </w:r>
    </w:p>
    <w:p w14:paraId="38D17D63" w14:textId="77777777" w:rsidR="00D96CF7" w:rsidRPr="00D96CF7" w:rsidRDefault="00D96CF7" w:rsidP="00D96CF7">
      <w:pPr>
        <w:pStyle w:val="aa"/>
        <w:ind w:left="0"/>
        <w:jc w:val="both"/>
        <w:rPr>
          <w:lang w:val="el-GR"/>
        </w:rPr>
      </w:pPr>
    </w:p>
    <w:p w14:paraId="57C401BA" w14:textId="77777777" w:rsidR="00D96CF7" w:rsidRPr="00D96CF7" w:rsidRDefault="00D96CF7" w:rsidP="00D96CF7">
      <w:pPr>
        <w:pStyle w:val="aa"/>
        <w:ind w:left="0"/>
        <w:jc w:val="both"/>
        <w:rPr>
          <w:b/>
          <w:lang w:val="el-GR"/>
        </w:rPr>
      </w:pPr>
      <w:r w:rsidRPr="00D96CF7">
        <w:rPr>
          <w:b/>
          <w:lang w:val="el-GR"/>
        </w:rPr>
        <w:t>Τολό</w:t>
      </w:r>
    </w:p>
    <w:p w14:paraId="15831058" w14:textId="77777777" w:rsidR="00D96CF7" w:rsidRPr="00D96CF7" w:rsidRDefault="00D96CF7" w:rsidP="00D96CF7">
      <w:pPr>
        <w:pStyle w:val="aa"/>
        <w:ind w:left="0"/>
        <w:jc w:val="both"/>
        <w:rPr>
          <w:lang w:val="el-GR"/>
        </w:rPr>
      </w:pPr>
      <w:r w:rsidRPr="00D96CF7">
        <w:rPr>
          <w:lang w:val="el-GR"/>
        </w:rPr>
        <w:t>Η Δημοτική Κοινότητα Τολού σε συνεργασία με τον Πολιτιστικό Σύλλογο Τολού θα πραγματοποιήσουν:</w:t>
      </w:r>
    </w:p>
    <w:p w14:paraId="6016B64A" w14:textId="77777777" w:rsidR="00D96CF7" w:rsidRDefault="00D96CF7" w:rsidP="00D96CF7">
      <w:pPr>
        <w:pStyle w:val="aa"/>
        <w:numPr>
          <w:ilvl w:val="0"/>
          <w:numId w:val="14"/>
        </w:numPr>
        <w:jc w:val="both"/>
        <w:rPr>
          <w:b/>
        </w:rPr>
      </w:pPr>
      <w:r>
        <w:rPr>
          <w:b/>
        </w:rPr>
        <w:t>21.02.2026/19:00</w:t>
      </w:r>
    </w:p>
    <w:p w14:paraId="625C292B" w14:textId="77777777" w:rsidR="00D96CF7" w:rsidRPr="00D96CF7" w:rsidRDefault="00D96CF7" w:rsidP="00D96CF7">
      <w:pPr>
        <w:pStyle w:val="aa"/>
        <w:jc w:val="both"/>
        <w:rPr>
          <w:lang w:val="el-GR"/>
        </w:rPr>
      </w:pPr>
      <w:r w:rsidRPr="00D96CF7">
        <w:rPr>
          <w:lang w:val="el-GR"/>
        </w:rPr>
        <w:t>Βραδινή καρναβαλική παρέλαση στον κεντρικό δρόμο του Τολού.</w:t>
      </w:r>
    </w:p>
    <w:p w14:paraId="04A4533B" w14:textId="77777777" w:rsidR="00D96CF7" w:rsidRPr="00D96CF7" w:rsidRDefault="00D96CF7" w:rsidP="00D96CF7">
      <w:pPr>
        <w:pStyle w:val="aa"/>
        <w:jc w:val="both"/>
        <w:rPr>
          <w:lang w:val="el-GR"/>
        </w:rPr>
      </w:pPr>
      <w:r w:rsidRPr="00D96CF7">
        <w:rPr>
          <w:b/>
          <w:lang w:val="el-GR"/>
        </w:rPr>
        <w:t>Σημείο έναρξης:</w:t>
      </w:r>
      <w:r w:rsidRPr="00D96CF7">
        <w:rPr>
          <w:lang w:val="el-GR"/>
        </w:rPr>
        <w:t xml:space="preserve"> Οδός Σέκερη 1</w:t>
      </w:r>
    </w:p>
    <w:p w14:paraId="2F19B488" w14:textId="77777777" w:rsidR="00D96CF7" w:rsidRPr="00D96CF7" w:rsidRDefault="00D96CF7" w:rsidP="00D96CF7">
      <w:pPr>
        <w:pStyle w:val="aa"/>
        <w:jc w:val="both"/>
        <w:rPr>
          <w:lang w:val="el-GR"/>
        </w:rPr>
      </w:pPr>
      <w:r w:rsidRPr="00D96CF7">
        <w:rPr>
          <w:b/>
          <w:lang w:val="el-GR"/>
        </w:rPr>
        <w:t>Σημείο τερματισμού:</w:t>
      </w:r>
      <w:r w:rsidRPr="00D96CF7">
        <w:rPr>
          <w:lang w:val="el-GR"/>
        </w:rPr>
        <w:t xml:space="preserve"> Περίπτερο Τολού</w:t>
      </w:r>
    </w:p>
    <w:p w14:paraId="082FA4CB" w14:textId="77777777" w:rsidR="00D96CF7" w:rsidRPr="00D96CF7" w:rsidRDefault="00D96CF7" w:rsidP="00D96CF7">
      <w:pPr>
        <w:pStyle w:val="aa"/>
        <w:jc w:val="both"/>
        <w:rPr>
          <w:lang w:val="el-GR"/>
        </w:rPr>
      </w:pPr>
      <w:r w:rsidRPr="00D96CF7">
        <w:rPr>
          <w:lang w:val="el-GR"/>
        </w:rPr>
        <w:t xml:space="preserve">Στον τερματισμό θα μας περιμένει η ΤΟΛΙΑΝΗ ΚΟΜΠΑΝΙΑ για να μας ψυχαγωγήσει με ζωντανή ελληνική μουσική και πολύ χορό! </w:t>
      </w:r>
    </w:p>
    <w:p w14:paraId="26D1BBFE" w14:textId="77777777" w:rsidR="00D96CF7" w:rsidRPr="00EC75AE" w:rsidRDefault="00D96CF7" w:rsidP="00D96CF7">
      <w:pPr>
        <w:pStyle w:val="aa"/>
        <w:numPr>
          <w:ilvl w:val="0"/>
          <w:numId w:val="14"/>
        </w:numPr>
        <w:jc w:val="both"/>
      </w:pPr>
      <w:r w:rsidRPr="00EC75AE">
        <w:rPr>
          <w:b/>
        </w:rPr>
        <w:t>ΤΟΛΙΑΝΟ ΚΑΡΝΑΒΑΛΙ</w:t>
      </w:r>
      <w:r w:rsidRPr="00EC75AE">
        <w:rPr>
          <w:rFonts w:ascii="Arial" w:eastAsia="Times New Roman" w:hAnsi="Arial" w:cs="Arial"/>
          <w:b/>
          <w:vanish/>
          <w:sz w:val="16"/>
          <w:szCs w:val="16"/>
        </w:rPr>
        <w:t>Τέλος φόρμας</w:t>
      </w:r>
    </w:p>
    <w:p w14:paraId="5725B43F" w14:textId="77777777" w:rsidR="00D96CF7" w:rsidRPr="00D96CF7" w:rsidRDefault="00D96CF7" w:rsidP="00D96CF7">
      <w:pPr>
        <w:pStyle w:val="aa"/>
        <w:jc w:val="both"/>
        <w:rPr>
          <w:lang w:val="el-GR"/>
        </w:rPr>
      </w:pPr>
      <w:r w:rsidRPr="00D96CF7">
        <w:rPr>
          <w:lang w:val="el-GR"/>
        </w:rPr>
        <w:t>Η Δημοτική Κοινότητα Τολού σε συνεργασία με τον Πολιτιστικό Σύλλογο Τολού και τον Σύλλογο Γονέων και Κηδεμόνων Δημοτικού Σχολείου Τολού διοργανώνουν μεγάλη καρναβαλική παρέλαση.</w:t>
      </w:r>
    </w:p>
    <w:p w14:paraId="5C80BED5" w14:textId="77777777" w:rsidR="00D96CF7" w:rsidRPr="00D96CF7" w:rsidRDefault="00D96CF7" w:rsidP="00D96CF7">
      <w:pPr>
        <w:pStyle w:val="aa"/>
        <w:jc w:val="both"/>
        <w:rPr>
          <w:lang w:val="el-GR"/>
        </w:rPr>
      </w:pPr>
      <w:r w:rsidRPr="00D96CF7">
        <w:rPr>
          <w:b/>
          <w:lang w:val="el-GR"/>
        </w:rPr>
        <w:t>Σημείο έναρξης:</w:t>
      </w:r>
      <w:r w:rsidRPr="00D96CF7">
        <w:rPr>
          <w:lang w:val="el-GR"/>
        </w:rPr>
        <w:t xml:space="preserve"> Δημοτικό Σχολείο Τολού </w:t>
      </w:r>
    </w:p>
    <w:p w14:paraId="5225EB70" w14:textId="77777777" w:rsidR="00D96CF7" w:rsidRPr="00D96CF7" w:rsidRDefault="00D96CF7" w:rsidP="00D96CF7">
      <w:pPr>
        <w:pStyle w:val="aa"/>
        <w:jc w:val="both"/>
        <w:rPr>
          <w:lang w:val="el-GR"/>
        </w:rPr>
      </w:pPr>
      <w:r w:rsidRPr="00D96CF7">
        <w:rPr>
          <w:b/>
          <w:lang w:val="el-GR"/>
        </w:rPr>
        <w:t>Σημείο τερματισμού:</w:t>
      </w:r>
      <w:r w:rsidRPr="00D96CF7">
        <w:rPr>
          <w:lang w:val="el-GR"/>
        </w:rPr>
        <w:t xml:space="preserve"> Οδός Σέκερη , στον κεντρικό δρόμο</w:t>
      </w:r>
    </w:p>
    <w:p w14:paraId="13C5FD69" w14:textId="77777777" w:rsidR="00D96CF7" w:rsidRPr="00D96CF7" w:rsidRDefault="00D96CF7" w:rsidP="00D96CF7">
      <w:pPr>
        <w:pStyle w:val="aa"/>
        <w:jc w:val="both"/>
        <w:rPr>
          <w:b/>
          <w:lang w:val="el-GR"/>
        </w:rPr>
      </w:pPr>
      <w:r w:rsidRPr="00D96CF7">
        <w:rPr>
          <w:b/>
          <w:lang w:val="el-GR"/>
        </w:rPr>
        <w:t>Ακολουθεί πάρτι με δρώμενα, μουσική και παιχνίδια με τίτλο:</w:t>
      </w:r>
      <w:r w:rsidRPr="00D96CF7">
        <w:rPr>
          <w:lang w:val="el-GR"/>
        </w:rPr>
        <w:t xml:space="preserve"> </w:t>
      </w:r>
      <w:r w:rsidRPr="00D96CF7">
        <w:rPr>
          <w:b/>
          <w:lang w:val="el-GR"/>
        </w:rPr>
        <w:t>¨ΚΑΡΝΑΒΑΛΟΧΩΡΑ¨</w:t>
      </w:r>
    </w:p>
    <w:p w14:paraId="2D9750D4" w14:textId="77777777" w:rsidR="00D96CF7" w:rsidRPr="00D96CF7" w:rsidRDefault="00D96CF7" w:rsidP="00D96CF7">
      <w:pPr>
        <w:pStyle w:val="aa"/>
        <w:ind w:left="0"/>
        <w:jc w:val="both"/>
        <w:rPr>
          <w:b/>
          <w:lang w:val="el-GR"/>
        </w:rPr>
      </w:pPr>
    </w:p>
    <w:p w14:paraId="2104AAE3" w14:textId="77777777" w:rsidR="00D96CF7" w:rsidRPr="00D96CF7" w:rsidRDefault="00D96CF7" w:rsidP="00D96CF7">
      <w:pPr>
        <w:pStyle w:val="aa"/>
        <w:ind w:left="0"/>
        <w:jc w:val="both"/>
        <w:rPr>
          <w:lang w:val="el-GR"/>
        </w:rPr>
      </w:pPr>
    </w:p>
    <w:p w14:paraId="4B1C8016" w14:textId="77777777" w:rsidR="00D96CF7" w:rsidRPr="0013538D" w:rsidRDefault="00D96CF7" w:rsidP="00D96CF7">
      <w:pPr>
        <w:pStyle w:val="aa"/>
        <w:ind w:left="0"/>
        <w:jc w:val="both"/>
        <w:rPr>
          <w:b/>
          <w:lang w:val="el-GR"/>
        </w:rPr>
      </w:pPr>
      <w:r w:rsidRPr="00D96CF7">
        <w:rPr>
          <w:b/>
          <w:lang w:val="el-GR"/>
        </w:rPr>
        <w:t>ΔΗΜΟΤΙΚΗ ΕΝΟΤΗΤΑ ΜΙΔΕΑΣ</w:t>
      </w:r>
    </w:p>
    <w:p w14:paraId="1F6A999F" w14:textId="77777777" w:rsidR="00D96CF7" w:rsidRPr="00D96CF7" w:rsidRDefault="00D96CF7" w:rsidP="00D96CF7">
      <w:pPr>
        <w:pStyle w:val="aa"/>
        <w:ind w:left="0"/>
        <w:jc w:val="both"/>
        <w:rPr>
          <w:lang w:val="el-GR"/>
        </w:rPr>
      </w:pPr>
    </w:p>
    <w:p w14:paraId="57942321" w14:textId="77777777" w:rsidR="00D96CF7" w:rsidRPr="00686C4B" w:rsidRDefault="00D96CF7" w:rsidP="00D96CF7">
      <w:pPr>
        <w:pStyle w:val="aa"/>
        <w:ind w:left="0"/>
        <w:jc w:val="both"/>
        <w:rPr>
          <w:b/>
          <w:lang w:val="el-GR"/>
        </w:rPr>
      </w:pPr>
      <w:r w:rsidRPr="00686C4B">
        <w:rPr>
          <w:b/>
          <w:lang w:val="el-GR"/>
        </w:rPr>
        <w:t>20.02.2026</w:t>
      </w:r>
    </w:p>
    <w:p w14:paraId="691495EF" w14:textId="77777777" w:rsidR="00D96CF7" w:rsidRPr="00686C4B" w:rsidRDefault="00D96CF7" w:rsidP="00D96CF7">
      <w:pPr>
        <w:pStyle w:val="aa"/>
        <w:ind w:left="0"/>
        <w:jc w:val="both"/>
        <w:rPr>
          <w:b/>
          <w:lang w:val="el-GR"/>
        </w:rPr>
      </w:pPr>
      <w:proofErr w:type="spellStart"/>
      <w:r w:rsidRPr="00686C4B">
        <w:rPr>
          <w:b/>
          <w:lang w:val="el-GR"/>
        </w:rPr>
        <w:t>Μιδέα</w:t>
      </w:r>
      <w:proofErr w:type="spellEnd"/>
      <w:r w:rsidRPr="00686C4B">
        <w:rPr>
          <w:b/>
          <w:lang w:val="el-GR"/>
        </w:rPr>
        <w:t>/19:00-23:00</w:t>
      </w:r>
    </w:p>
    <w:p w14:paraId="55C8CFB5" w14:textId="77777777" w:rsidR="00D96CF7" w:rsidRPr="00D96CF7" w:rsidRDefault="00D96CF7" w:rsidP="00D96CF7">
      <w:pPr>
        <w:pStyle w:val="aa"/>
        <w:ind w:left="0"/>
        <w:jc w:val="both"/>
        <w:rPr>
          <w:lang w:val="el-GR"/>
        </w:rPr>
      </w:pPr>
      <w:r w:rsidRPr="00D96CF7">
        <w:rPr>
          <w:lang w:val="el-GR"/>
        </w:rPr>
        <w:t>Η Δημοτική Κοινότητα Μιδέας και ο Νέος Εκπολιτιστικός Σύλλογος Μιδέας ¨Η ΑΛΚΜΗΝΗ¨  σας προσκαλούν  στην πλατεία του χωριού για αποκριάτικη εκδήλωση  με άναμμα φωτιάς και παραδοσιακό γλέντι, σε μια γιορτή που αναδεικνύει τα τοπικά έθιμα.</w:t>
      </w:r>
    </w:p>
    <w:p w14:paraId="13D54373" w14:textId="77777777" w:rsidR="00D96CF7" w:rsidRPr="00D96CF7" w:rsidRDefault="00D96CF7" w:rsidP="00D96CF7">
      <w:pPr>
        <w:pStyle w:val="aa"/>
        <w:ind w:left="0"/>
        <w:jc w:val="both"/>
        <w:rPr>
          <w:b/>
          <w:lang w:val="el-GR"/>
        </w:rPr>
      </w:pPr>
    </w:p>
    <w:p w14:paraId="77894D71" w14:textId="77777777" w:rsidR="003D3C76" w:rsidRPr="00E4526C" w:rsidRDefault="003D3C76" w:rsidP="003D3C76">
      <w:pPr>
        <w:pStyle w:val="Web"/>
        <w:jc w:val="both"/>
        <w:rPr>
          <w:rFonts w:asciiTheme="minorHAnsi" w:hAnsiTheme="minorHAnsi" w:cstheme="minorHAnsi"/>
          <w:b/>
          <w:bCs/>
          <w:i/>
          <w:sz w:val="22"/>
          <w:szCs w:val="22"/>
        </w:rPr>
      </w:pPr>
      <w:r w:rsidRPr="00E4526C">
        <w:rPr>
          <w:rFonts w:asciiTheme="minorHAnsi" w:hAnsiTheme="minorHAnsi" w:cstheme="minorHAnsi"/>
          <w:i/>
          <w:sz w:val="22"/>
          <w:szCs w:val="22"/>
        </w:rPr>
        <w:t>Το έθιμο της Αποκριάς τηρείται για να ξεφεύγουμε από τα προβλήματα της καθημερινότητας, να διασκεδάζουμε και να συμμετέχουμε σε αυτό.</w:t>
      </w:r>
      <w:r w:rsidRPr="00E4526C">
        <w:rPr>
          <w:rFonts w:cstheme="minorHAnsi"/>
          <w:i/>
        </w:rPr>
        <w:t xml:space="preserve"> </w:t>
      </w:r>
      <w:r w:rsidRPr="00E4526C">
        <w:rPr>
          <w:rFonts w:asciiTheme="minorHAnsi" w:hAnsiTheme="minorHAnsi" w:cstheme="minorHAnsi"/>
          <w:i/>
          <w:sz w:val="22"/>
          <w:szCs w:val="22"/>
        </w:rPr>
        <w:t>Σας περιμένουμε όλες και όλους !</w:t>
      </w:r>
    </w:p>
    <w:p w14:paraId="696CF0DE" w14:textId="77777777" w:rsidR="00D96CF7" w:rsidRPr="00D96CF7" w:rsidRDefault="00D96CF7" w:rsidP="00686C4B">
      <w:pPr>
        <w:jc w:val="both"/>
        <w:rPr>
          <w:b/>
          <w:lang w:val="el-GR"/>
        </w:rPr>
      </w:pPr>
    </w:p>
    <w:p w14:paraId="13616891" w14:textId="77777777" w:rsidR="00D96CF7" w:rsidRPr="00D96CF7" w:rsidRDefault="00D96CF7" w:rsidP="00D96CF7">
      <w:pPr>
        <w:pStyle w:val="aa"/>
        <w:ind w:left="0"/>
        <w:jc w:val="both"/>
        <w:rPr>
          <w:b/>
          <w:lang w:val="el-GR"/>
        </w:rPr>
      </w:pPr>
    </w:p>
    <w:p w14:paraId="1AF53614" w14:textId="77777777" w:rsidR="00D96CF7" w:rsidRPr="00D96CF7" w:rsidRDefault="00D96CF7" w:rsidP="00D96CF7">
      <w:pPr>
        <w:pStyle w:val="aa"/>
        <w:ind w:left="0"/>
        <w:jc w:val="both"/>
        <w:rPr>
          <w:b/>
          <w:lang w:val="el-GR"/>
        </w:rPr>
      </w:pPr>
    </w:p>
    <w:p w14:paraId="4C2867F8" w14:textId="77777777" w:rsidR="00D96CF7" w:rsidRPr="00D96CF7" w:rsidRDefault="00686C4B" w:rsidP="00D96CF7">
      <w:pPr>
        <w:pStyle w:val="aa"/>
        <w:jc w:val="both"/>
        <w:rPr>
          <w:sz w:val="28"/>
          <w:szCs w:val="28"/>
          <w:lang w:val="el-GR"/>
        </w:rPr>
      </w:pPr>
      <w:r>
        <w:rPr>
          <w:sz w:val="28"/>
          <w:szCs w:val="28"/>
          <w:lang w:val="el-GR"/>
        </w:rPr>
        <w:t>Χρόνια Πολλά , Καλές Απόκριες !!!</w:t>
      </w:r>
    </w:p>
    <w:p w14:paraId="4529729B" w14:textId="77777777" w:rsidR="00D96CF7" w:rsidRPr="00D96CF7" w:rsidRDefault="00D96CF7" w:rsidP="00D96CF7">
      <w:pPr>
        <w:jc w:val="both"/>
        <w:rPr>
          <w:color w:val="FF0000"/>
          <w:sz w:val="28"/>
          <w:szCs w:val="28"/>
          <w:lang w:val="el-GR"/>
        </w:rPr>
      </w:pPr>
    </w:p>
    <w:p w14:paraId="621E7228" w14:textId="77777777" w:rsidR="00D96CF7" w:rsidRPr="00D96CF7" w:rsidRDefault="00D96CF7" w:rsidP="00D96CF7">
      <w:pPr>
        <w:jc w:val="both"/>
        <w:rPr>
          <w:color w:val="FF0000"/>
          <w:sz w:val="28"/>
          <w:szCs w:val="28"/>
          <w:lang w:val="el-GR"/>
        </w:rPr>
      </w:pPr>
    </w:p>
    <w:p w14:paraId="450E5E2B" w14:textId="77777777" w:rsidR="00D96CF7" w:rsidRPr="00D96CF7" w:rsidRDefault="00D96CF7" w:rsidP="00D96CF7">
      <w:pPr>
        <w:jc w:val="both"/>
        <w:rPr>
          <w:sz w:val="28"/>
          <w:szCs w:val="28"/>
          <w:lang w:val="el-GR"/>
        </w:rPr>
      </w:pPr>
    </w:p>
    <w:p w14:paraId="533F7834" w14:textId="77777777" w:rsidR="00D96CF7" w:rsidRPr="00D96CF7" w:rsidRDefault="00D96CF7" w:rsidP="00D96CF7">
      <w:pPr>
        <w:jc w:val="both"/>
        <w:rPr>
          <w:sz w:val="28"/>
          <w:szCs w:val="28"/>
          <w:lang w:val="el-GR"/>
        </w:rPr>
      </w:pPr>
    </w:p>
    <w:p w14:paraId="44F341E6" w14:textId="77777777" w:rsidR="00750197" w:rsidRPr="00D96CF7" w:rsidRDefault="00C63B8A" w:rsidP="00D17BF3">
      <w:pPr>
        <w:jc w:val="center"/>
        <w:rPr>
          <w:sz w:val="52"/>
          <w:szCs w:val="52"/>
          <w:lang w:val="el-GR"/>
        </w:rPr>
      </w:pPr>
      <w:r w:rsidRPr="00D96CF7">
        <w:rPr>
          <w:sz w:val="52"/>
          <w:szCs w:val="52"/>
          <w:lang w:val="el-GR"/>
        </w:rPr>
        <w:br w:type="textWrapping" w:clear="all"/>
      </w:r>
    </w:p>
    <w:sectPr w:rsidR="00750197" w:rsidRPr="00D96CF7" w:rsidSect="00326EF4">
      <w:headerReference w:type="even" r:id="rId9"/>
      <w:headerReference w:type="default" r:id="rId10"/>
      <w:footerReference w:type="even" r:id="rId11"/>
      <w:footerReference w:type="default" r:id="rId12"/>
      <w:headerReference w:type="first" r:id="rId13"/>
      <w:footerReference w:type="first" r:id="rId14"/>
      <w:pgSz w:w="11906" w:h="16838"/>
      <w:pgMar w:top="850" w:right="850" w:bottom="850" w:left="85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78EC8" w14:textId="77777777" w:rsidR="00234C56" w:rsidRDefault="00234C56" w:rsidP="00326EF4">
      <w:pPr>
        <w:spacing w:after="0" w:line="240" w:lineRule="auto"/>
      </w:pPr>
      <w:r>
        <w:separator/>
      </w:r>
    </w:p>
  </w:endnote>
  <w:endnote w:type="continuationSeparator" w:id="0">
    <w:p w14:paraId="4E717120" w14:textId="77777777" w:rsidR="00234C56" w:rsidRDefault="00234C56" w:rsidP="0032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B297A" w14:textId="77777777" w:rsidR="00326EF4" w:rsidRDefault="00326EF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3D0F" w14:textId="77777777" w:rsidR="00326EF4" w:rsidRDefault="00326EF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7900" w14:textId="77777777" w:rsidR="00326EF4" w:rsidRDefault="00326EF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3F1D0" w14:textId="77777777" w:rsidR="00234C56" w:rsidRDefault="00234C56" w:rsidP="00326EF4">
      <w:pPr>
        <w:spacing w:after="0" w:line="240" w:lineRule="auto"/>
      </w:pPr>
      <w:r>
        <w:separator/>
      </w:r>
    </w:p>
  </w:footnote>
  <w:footnote w:type="continuationSeparator" w:id="0">
    <w:p w14:paraId="2E3EB5D3" w14:textId="77777777" w:rsidR="00234C56" w:rsidRDefault="00234C56" w:rsidP="00326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28EFB" w14:textId="77777777" w:rsidR="00326EF4" w:rsidRDefault="00326EF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72EC" w14:textId="77777777" w:rsidR="00326EF4" w:rsidRDefault="00326EF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4A21" w14:textId="77777777" w:rsidR="00326EF4" w:rsidRDefault="00326EF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1D542B7"/>
    <w:multiLevelType w:val="hybridMultilevel"/>
    <w:tmpl w:val="4512478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58339CB"/>
    <w:multiLevelType w:val="hybridMultilevel"/>
    <w:tmpl w:val="8736983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D75D9A"/>
    <w:multiLevelType w:val="hybridMultilevel"/>
    <w:tmpl w:val="01AC5A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7130C1E"/>
    <w:multiLevelType w:val="hybridMultilevel"/>
    <w:tmpl w:val="A030F61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F641A1F"/>
    <w:multiLevelType w:val="hybridMultilevel"/>
    <w:tmpl w:val="9D82F56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5331826">
    <w:abstractNumId w:val="8"/>
  </w:num>
  <w:num w:numId="2" w16cid:durableId="818494076">
    <w:abstractNumId w:val="6"/>
  </w:num>
  <w:num w:numId="3" w16cid:durableId="1686520093">
    <w:abstractNumId w:val="5"/>
  </w:num>
  <w:num w:numId="4" w16cid:durableId="1139763526">
    <w:abstractNumId w:val="4"/>
  </w:num>
  <w:num w:numId="5" w16cid:durableId="86269840">
    <w:abstractNumId w:val="7"/>
  </w:num>
  <w:num w:numId="6" w16cid:durableId="1733842548">
    <w:abstractNumId w:val="3"/>
  </w:num>
  <w:num w:numId="7" w16cid:durableId="943923952">
    <w:abstractNumId w:val="2"/>
  </w:num>
  <w:num w:numId="8" w16cid:durableId="1670862065">
    <w:abstractNumId w:val="1"/>
  </w:num>
  <w:num w:numId="9" w16cid:durableId="1862623894">
    <w:abstractNumId w:val="0"/>
  </w:num>
  <w:num w:numId="10" w16cid:durableId="1625817341">
    <w:abstractNumId w:val="11"/>
  </w:num>
  <w:num w:numId="11" w16cid:durableId="72826065">
    <w:abstractNumId w:val="13"/>
  </w:num>
  <w:num w:numId="12" w16cid:durableId="850099840">
    <w:abstractNumId w:val="10"/>
  </w:num>
  <w:num w:numId="13" w16cid:durableId="684407905">
    <w:abstractNumId w:val="9"/>
  </w:num>
  <w:num w:numId="14" w16cid:durableId="518060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1708"/>
    <w:rsid w:val="000F485A"/>
    <w:rsid w:val="0013538D"/>
    <w:rsid w:val="0015074B"/>
    <w:rsid w:val="00232DB7"/>
    <w:rsid w:val="00234C56"/>
    <w:rsid w:val="00247479"/>
    <w:rsid w:val="00272846"/>
    <w:rsid w:val="00287C60"/>
    <w:rsid w:val="0029639D"/>
    <w:rsid w:val="002D6DB6"/>
    <w:rsid w:val="00326EF4"/>
    <w:rsid w:val="00326F90"/>
    <w:rsid w:val="0038145E"/>
    <w:rsid w:val="003A009E"/>
    <w:rsid w:val="003D3C76"/>
    <w:rsid w:val="003E4732"/>
    <w:rsid w:val="00487417"/>
    <w:rsid w:val="004C173B"/>
    <w:rsid w:val="004C5388"/>
    <w:rsid w:val="005544D7"/>
    <w:rsid w:val="00570F2D"/>
    <w:rsid w:val="005D2794"/>
    <w:rsid w:val="00682860"/>
    <w:rsid w:val="00686C4B"/>
    <w:rsid w:val="00693457"/>
    <w:rsid w:val="006B4E68"/>
    <w:rsid w:val="006F2FFE"/>
    <w:rsid w:val="00750197"/>
    <w:rsid w:val="007D1976"/>
    <w:rsid w:val="008121AA"/>
    <w:rsid w:val="008647FC"/>
    <w:rsid w:val="0088304C"/>
    <w:rsid w:val="009140B0"/>
    <w:rsid w:val="00925C70"/>
    <w:rsid w:val="009B482F"/>
    <w:rsid w:val="009D0129"/>
    <w:rsid w:val="00A57540"/>
    <w:rsid w:val="00AA1D8D"/>
    <w:rsid w:val="00B17BBA"/>
    <w:rsid w:val="00B47730"/>
    <w:rsid w:val="00B8725E"/>
    <w:rsid w:val="00B919A8"/>
    <w:rsid w:val="00C00644"/>
    <w:rsid w:val="00C153C1"/>
    <w:rsid w:val="00C16416"/>
    <w:rsid w:val="00C344DF"/>
    <w:rsid w:val="00C5264D"/>
    <w:rsid w:val="00C63B8A"/>
    <w:rsid w:val="00CB0664"/>
    <w:rsid w:val="00CE16D0"/>
    <w:rsid w:val="00D17BF3"/>
    <w:rsid w:val="00D96CF7"/>
    <w:rsid w:val="00E3171E"/>
    <w:rsid w:val="00E4526C"/>
    <w:rsid w:val="00F93706"/>
    <w:rsid w:val="00FA4682"/>
    <w:rsid w:val="00FC693F"/>
    <w:rsid w:val="00FF371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98C102"/>
  <w15:docId w15:val="{0379A7CD-0A59-4E7B-B88F-7BDA4A814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Κεφαλίδα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Υποσέλιδο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Επικεφαλίδα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Υπότιτλος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Σώμα κειμένου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Σώμα κείμενου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Σώμα κείμενου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Κείμενο μακροεντολής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Απόσπασμα Char"/>
    <w:basedOn w:val="a2"/>
    <w:link w:val="af"/>
    <w:uiPriority w:val="29"/>
    <w:rsid w:val="00FC693F"/>
    <w:rPr>
      <w:i/>
      <w:iCs/>
      <w:color w:val="000000" w:themeColor="text1"/>
    </w:rPr>
  </w:style>
  <w:style w:type="character" w:customStyle="1" w:styleId="4Char">
    <w:name w:val="Επικεφαλίδα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Επικεφαλίδα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Επικεφαλίδα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Επικεφαλίδα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Επικεφαλίδα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απόσπ.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2">
    <w:name w:val="Balloon Text"/>
    <w:basedOn w:val="a1"/>
    <w:link w:val="Char7"/>
    <w:uiPriority w:val="99"/>
    <w:semiHidden/>
    <w:unhideWhenUsed/>
    <w:rsid w:val="00287C60"/>
    <w:pPr>
      <w:spacing w:after="0" w:line="240" w:lineRule="auto"/>
    </w:pPr>
    <w:rPr>
      <w:rFonts w:ascii="Tahoma" w:hAnsi="Tahoma" w:cs="Tahoma"/>
      <w:sz w:val="16"/>
      <w:szCs w:val="16"/>
    </w:rPr>
  </w:style>
  <w:style w:type="character" w:customStyle="1" w:styleId="Char7">
    <w:name w:val="Κείμενο πλαισίου Char"/>
    <w:basedOn w:val="a2"/>
    <w:link w:val="aff2"/>
    <w:uiPriority w:val="99"/>
    <w:semiHidden/>
    <w:rsid w:val="00287C60"/>
    <w:rPr>
      <w:rFonts w:ascii="Tahoma" w:hAnsi="Tahoma" w:cs="Tahoma"/>
      <w:sz w:val="16"/>
      <w:szCs w:val="16"/>
    </w:rPr>
  </w:style>
  <w:style w:type="paragraph" w:styleId="Web">
    <w:name w:val="Normal (Web)"/>
    <w:basedOn w:val="a1"/>
    <w:uiPriority w:val="99"/>
    <w:unhideWhenUsed/>
    <w:rsid w:val="003D3C76"/>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14CB6-C67C-4B3A-AF88-6B5E87F4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917</Words>
  <Characters>4955</Characters>
  <Application>Microsoft Office Word</Application>
  <DocSecurity>0</DocSecurity>
  <Lines>41</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vicky m</cp:lastModifiedBy>
  <cp:revision>2</cp:revision>
  <dcterms:created xsi:type="dcterms:W3CDTF">2026-02-12T06:28:00Z</dcterms:created>
  <dcterms:modified xsi:type="dcterms:W3CDTF">2026-02-12T06:28:00Z</dcterms:modified>
</cp:coreProperties>
</file>